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639A3" w14:textId="4EBDE131" w:rsidR="00B61EB6" w:rsidRDefault="009667A3" w:rsidP="00B61EB6">
      <w:pPr>
        <w:spacing w:after="160" w:line="25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6952">
        <w:rPr>
          <w:rFonts w:ascii="Anek Malayalam" w:hAnsi="Anek Malayalam" w:cs="Anek Malayalam"/>
          <w:b/>
          <w:noProof/>
          <w:sz w:val="36"/>
          <w:szCs w:val="36"/>
          <w:lang w:val="en-IN" w:eastAsia="en-IN"/>
        </w:rPr>
        <w:drawing>
          <wp:anchor distT="0" distB="0" distL="0" distR="0" simplePos="0" relativeHeight="251658240" behindDoc="0" locked="0" layoutInCell="0" allowOverlap="1" wp14:anchorId="1D3DE1E4" wp14:editId="40089B16">
            <wp:simplePos x="0" y="0"/>
            <wp:positionH relativeFrom="margin">
              <wp:posOffset>4870450</wp:posOffset>
            </wp:positionH>
            <wp:positionV relativeFrom="margin">
              <wp:posOffset>58420</wp:posOffset>
            </wp:positionV>
            <wp:extent cx="901700" cy="9017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ape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90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6952">
        <w:rPr>
          <w:b/>
          <w:noProof/>
          <w:sz w:val="36"/>
          <w:szCs w:val="36"/>
          <w:lang w:val="en-IN" w:eastAsia="en-IN"/>
        </w:rPr>
        <w:drawing>
          <wp:anchor distT="0" distB="0" distL="114300" distR="114300" simplePos="0" relativeHeight="251661312" behindDoc="0" locked="0" layoutInCell="1" allowOverlap="1" wp14:anchorId="1FF450FB" wp14:editId="65750677">
            <wp:simplePos x="0" y="0"/>
            <wp:positionH relativeFrom="margin">
              <wp:posOffset>102870</wp:posOffset>
            </wp:positionH>
            <wp:positionV relativeFrom="margin">
              <wp:posOffset>46355</wp:posOffset>
            </wp:positionV>
            <wp:extent cx="878205" cy="952500"/>
            <wp:effectExtent l="0" t="0" r="0" b="0"/>
            <wp:wrapSquare wrapText="bothSides"/>
            <wp:docPr id="4" name="Picture 4" descr="https://encrypted-tbn3.gstatic.com/images?q=tbn:ANd9GcRVtgAM1IJ0zHDN8D1QLkOKeFRGPmNAkCcxuTIAcYJHegrxSz9T9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ncrypted-tbn3.gstatic.com/images?q=tbn:ANd9GcRVtgAM1IJ0zHDN8D1QLkOKeFRGPmNAkCcxuTIAcYJHegrxSz9T9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DDE7AD" w14:textId="3B4655CD" w:rsidR="00B61EB6" w:rsidRPr="003B6952" w:rsidRDefault="006D0D46" w:rsidP="009667A3">
      <w:pPr>
        <w:ind w:left="-426"/>
        <w:jc w:val="center"/>
        <w:rPr>
          <w:rFonts w:eastAsia="Times New Roman" w:cs="Times New Roman"/>
          <w:b/>
          <w:bCs/>
          <w:color w:val="224B12"/>
          <w:sz w:val="36"/>
          <w:szCs w:val="36"/>
        </w:rPr>
      </w:pPr>
      <w:r>
        <w:rPr>
          <w:rFonts w:eastAsia="Times New Roman" w:cs="Times New Roman"/>
          <w:b/>
          <w:bCs/>
          <w:color w:val="224B12"/>
          <w:sz w:val="36"/>
          <w:szCs w:val="36"/>
        </w:rPr>
        <w:t>KSCSTE-</w:t>
      </w:r>
      <w:r w:rsidR="00B61EB6" w:rsidRPr="003B6952">
        <w:rPr>
          <w:rFonts w:eastAsia="Times New Roman" w:cs="Times New Roman"/>
          <w:b/>
          <w:bCs/>
          <w:color w:val="224B12"/>
          <w:sz w:val="36"/>
          <w:szCs w:val="36"/>
        </w:rPr>
        <w:t>SRINIVASA RAMANUJAN INSTITUTE FOR BASIC SCIENCES</w:t>
      </w:r>
    </w:p>
    <w:p w14:paraId="430D99EF" w14:textId="3E730337" w:rsidR="00B61EB6" w:rsidRPr="00BD0387" w:rsidRDefault="00B45932" w:rsidP="00B61EB6">
      <w:pPr>
        <w:spacing w:after="0"/>
        <w:jc w:val="center"/>
        <w:rPr>
          <w:rFonts w:ascii="Anek Malayalam" w:eastAsia="Times New Roman" w:hAnsi="Anek Malayalam" w:cs="Anek Malayalam"/>
        </w:rPr>
      </w:pPr>
      <w:r>
        <w:rPr>
          <w:rFonts w:ascii="Liberation Serif" w:hAnsi="Liberation Serif"/>
        </w:rPr>
        <w:t xml:space="preserve">      </w:t>
      </w:r>
      <w:proofErr w:type="spellStart"/>
      <w:r w:rsidR="00B61EB6" w:rsidRPr="00BD0387">
        <w:rPr>
          <w:rFonts w:ascii="Liberation Serif" w:hAnsi="Liberation Serif"/>
        </w:rPr>
        <w:t>Pampady</w:t>
      </w:r>
      <w:proofErr w:type="spellEnd"/>
      <w:r w:rsidR="00B61EB6" w:rsidRPr="00BD0387">
        <w:rPr>
          <w:rFonts w:ascii="Liberation Serif" w:hAnsi="Liberation Serif"/>
        </w:rPr>
        <w:t xml:space="preserve">, </w:t>
      </w:r>
      <w:proofErr w:type="spellStart"/>
      <w:r w:rsidR="00B61EB6" w:rsidRPr="00BD0387">
        <w:rPr>
          <w:rFonts w:ascii="Liberation Serif" w:eastAsia="Times New Roman" w:hAnsi="Liberation Serif" w:cs="Times New Roman"/>
        </w:rPr>
        <w:t>Velloor</w:t>
      </w:r>
      <w:proofErr w:type="spellEnd"/>
      <w:r w:rsidR="00B61EB6" w:rsidRPr="00BD0387">
        <w:rPr>
          <w:rFonts w:ascii="Liberation Serif" w:eastAsia="Times New Roman" w:hAnsi="Liberation Serif" w:cs="Times New Roman"/>
        </w:rPr>
        <w:t xml:space="preserve"> </w:t>
      </w:r>
      <w:r w:rsidR="00B61EB6" w:rsidRPr="00BD0387">
        <w:rPr>
          <w:rFonts w:ascii="Liberation Serif" w:hAnsi="Liberation Serif"/>
        </w:rPr>
        <w:t>P. O.</w:t>
      </w:r>
      <w:r w:rsidR="00B61EB6" w:rsidRPr="00BD0387">
        <w:rPr>
          <w:rFonts w:ascii="Liberation Serif" w:eastAsia="Times New Roman" w:hAnsi="Liberation Serif" w:cs="Times New Roman"/>
        </w:rPr>
        <w:t xml:space="preserve"> 686 501 </w:t>
      </w:r>
      <w:proofErr w:type="spellStart"/>
      <w:r w:rsidR="00B61EB6" w:rsidRPr="00BD0387">
        <w:rPr>
          <w:rFonts w:ascii="Liberation Serif" w:hAnsi="Liberation Serif"/>
        </w:rPr>
        <w:t>Kottayam</w:t>
      </w:r>
      <w:proofErr w:type="spellEnd"/>
      <w:r w:rsidR="00B61EB6" w:rsidRPr="00BD0387">
        <w:rPr>
          <w:rFonts w:ascii="Liberation Serif" w:hAnsi="Liberation Serif"/>
        </w:rPr>
        <w:t>, Kerala</w:t>
      </w:r>
      <w:r w:rsidR="00B61EB6" w:rsidRPr="00BD0387">
        <w:rPr>
          <w:rFonts w:ascii="Liberation Serif" w:eastAsia="Times New Roman" w:hAnsi="Liberation Serif" w:cs="Times New Roman"/>
        </w:rPr>
        <w:t xml:space="preserve">, </w:t>
      </w:r>
      <w:r w:rsidR="00B61EB6" w:rsidRPr="00BD0387">
        <w:rPr>
          <w:rFonts w:ascii="Liberation Serif" w:hAnsi="Liberation Serif"/>
        </w:rPr>
        <w:t>INDIA</w:t>
      </w:r>
      <w:r w:rsidR="00B61EB6" w:rsidRPr="00BD0387">
        <w:rPr>
          <w:rFonts w:ascii="Anek Malayalam" w:eastAsia="Times New Roman" w:hAnsi="Anek Malayalam" w:cs="Anek Malayalam"/>
        </w:rPr>
        <w:tab/>
      </w:r>
    </w:p>
    <w:p w14:paraId="7BD7479A" w14:textId="77777777" w:rsidR="00B61EB6" w:rsidRPr="00277123" w:rsidRDefault="00B61EB6" w:rsidP="00B61EB6">
      <w:pPr>
        <w:spacing w:after="0"/>
        <w:jc w:val="center"/>
        <w:rPr>
          <w:b/>
        </w:rPr>
      </w:pPr>
      <w:r w:rsidRPr="00277123">
        <w:rPr>
          <w:rStyle w:val="transliteration"/>
          <w:rFonts w:cs="Times New Roman"/>
        </w:rPr>
        <w:t>E mail</w:t>
      </w:r>
      <w:r w:rsidRPr="00277123">
        <w:rPr>
          <w:rFonts w:cs="Times New Roman"/>
        </w:rPr>
        <w:t>:</w:t>
      </w:r>
      <w:r w:rsidRPr="00277123">
        <w:rPr>
          <w:rFonts w:eastAsia="Times New Roman" w:cs="Times New Roman"/>
        </w:rPr>
        <w:t xml:space="preserve"> </w:t>
      </w:r>
      <w:hyperlink r:id="rId11" w:history="1">
        <w:r w:rsidRPr="00277123">
          <w:rPr>
            <w:rStyle w:val="Hyperlink"/>
            <w:rFonts w:eastAsia="Times New Roman" w:cs="Times New Roman"/>
          </w:rPr>
          <w:t>sribs.kscste@gmail.com</w:t>
        </w:r>
      </w:hyperlink>
      <w:r w:rsidRPr="00277123">
        <w:rPr>
          <w:rFonts w:eastAsia="Times New Roman" w:cs="Times New Roman"/>
        </w:rPr>
        <w:t xml:space="preserve"> | Website: </w:t>
      </w:r>
      <w:hyperlink r:id="rId12" w:history="1">
        <w:r w:rsidRPr="00277123">
          <w:rPr>
            <w:rStyle w:val="Hyperlink"/>
            <w:rFonts w:eastAsia="Times New Roman" w:cs="Times New Roman"/>
          </w:rPr>
          <w:t>https://sribs.kerala.gov.in/</w:t>
        </w:r>
      </w:hyperlink>
      <w:r>
        <w:rPr>
          <w:rStyle w:val="Hyperlink"/>
          <w:rFonts w:eastAsia="Times New Roman" w:cs="Times New Roman"/>
        </w:rPr>
        <w:t xml:space="preserve"> | </w:t>
      </w:r>
      <w:proofErr w:type="spellStart"/>
      <w:r>
        <w:rPr>
          <w:rStyle w:val="Hyperlink"/>
          <w:rFonts w:eastAsia="Times New Roman" w:cs="Times New Roman"/>
        </w:rPr>
        <w:t>Ph</w:t>
      </w:r>
      <w:proofErr w:type="spellEnd"/>
      <w:r>
        <w:rPr>
          <w:rStyle w:val="Hyperlink"/>
          <w:rFonts w:eastAsia="Times New Roman" w:cs="Times New Roman"/>
        </w:rPr>
        <w:t>: 0481 2500 200</w:t>
      </w:r>
    </w:p>
    <w:p w14:paraId="0CE2E0B9" w14:textId="77777777" w:rsidR="00B61EB6" w:rsidRDefault="00B61EB6" w:rsidP="00B61EB6">
      <w:pPr>
        <w:pBdr>
          <w:bottom w:val="single" w:sz="12" w:space="1" w:color="auto"/>
        </w:pBdr>
        <w:spacing w:after="0"/>
        <w:jc w:val="center"/>
        <w:rPr>
          <w:rFonts w:eastAsia="Times New Roman" w:cs="Times New Roman"/>
          <w:color w:val="224B12"/>
        </w:rPr>
      </w:pPr>
      <w:r>
        <w:rPr>
          <w:rFonts w:eastAsia="Times New Roman" w:cs="Times New Roman"/>
          <w:color w:val="224B12"/>
        </w:rPr>
        <w:t>(An institution under Kerala State Council for Science Technology and Environment)</w:t>
      </w:r>
    </w:p>
    <w:p w14:paraId="64129975" w14:textId="50C9DD08" w:rsidR="0044185D" w:rsidRDefault="00BA0955" w:rsidP="0044185D">
      <w:pPr>
        <w:pStyle w:val="Heading2"/>
        <w:ind w:left="-426" w:right="-574"/>
        <w:jc w:val="center"/>
        <w:rPr>
          <w:color w:val="365F91" w:themeColor="accent1" w:themeShade="BF"/>
          <w:sz w:val="32"/>
          <w:szCs w:val="32"/>
          <w:u w:val="single"/>
        </w:rPr>
      </w:pPr>
      <w:r w:rsidRPr="002E181C"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8381DCB" wp14:editId="58FD2CDB">
                <wp:simplePos x="0" y="0"/>
                <wp:positionH relativeFrom="column">
                  <wp:posOffset>4847590</wp:posOffset>
                </wp:positionH>
                <wp:positionV relativeFrom="paragraph">
                  <wp:posOffset>634365</wp:posOffset>
                </wp:positionV>
                <wp:extent cx="1524000" cy="1912620"/>
                <wp:effectExtent l="0" t="0" r="19050" b="1143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1912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AAC0BE" w14:textId="77777777" w:rsidR="00E268CD" w:rsidRDefault="00E268CD" w:rsidP="006E018C">
                            <w:pPr>
                              <w:jc w:val="center"/>
                            </w:pPr>
                          </w:p>
                          <w:p w14:paraId="523002CF" w14:textId="77777777" w:rsidR="00E268CD" w:rsidRDefault="00E268CD" w:rsidP="006E018C">
                            <w:pPr>
                              <w:jc w:val="center"/>
                            </w:pPr>
                          </w:p>
                          <w:p w14:paraId="72E25635" w14:textId="77777777" w:rsidR="00E268CD" w:rsidRDefault="00E268CD" w:rsidP="006E018C">
                            <w:pPr>
                              <w:jc w:val="center"/>
                            </w:pPr>
                          </w:p>
                          <w:p w14:paraId="05DB8002" w14:textId="77777777" w:rsidR="00E268CD" w:rsidRDefault="00E268CD" w:rsidP="006E018C">
                            <w:pPr>
                              <w:jc w:val="center"/>
                            </w:pPr>
                          </w:p>
                          <w:p w14:paraId="054E896D" w14:textId="77777777" w:rsidR="00E268CD" w:rsidRDefault="00E268CD" w:rsidP="006E018C">
                            <w:pPr>
                              <w:jc w:val="center"/>
                            </w:pPr>
                          </w:p>
                          <w:p w14:paraId="260551B9" w14:textId="50CA8B4A" w:rsidR="006E018C" w:rsidRDefault="006E018C" w:rsidP="006E018C">
                            <w:pPr>
                              <w:jc w:val="center"/>
                            </w:pPr>
                            <w:r>
                              <w:t>Photo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type w14:anchorId="78381D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1.7pt;margin-top:49.95pt;width:120pt;height:150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">
                <v:textbox>
                  <w:txbxContent>
                    <w:p w14:paraId="67AAC0BE" w14:textId="77777777" w:rsidR="00E268CD" w:rsidRDefault="00E268CD" w:rsidP="006E018C">
                      <w:pPr>
                        <w:jc w:val="center"/>
                      </w:pPr>
                    </w:p>
                    <w:p w14:paraId="523002CF" w14:textId="77777777" w:rsidR="00E268CD" w:rsidRDefault="00E268CD" w:rsidP="006E018C">
                      <w:pPr>
                        <w:jc w:val="center"/>
                      </w:pPr>
                    </w:p>
                    <w:p w14:paraId="72E25635" w14:textId="77777777" w:rsidR="00E268CD" w:rsidRDefault="00E268CD" w:rsidP="006E018C">
                      <w:pPr>
                        <w:jc w:val="center"/>
                      </w:pPr>
                    </w:p>
                    <w:p w14:paraId="05DB8002" w14:textId="77777777" w:rsidR="00E268CD" w:rsidRDefault="00E268CD" w:rsidP="006E018C">
                      <w:pPr>
                        <w:jc w:val="center"/>
                      </w:pPr>
                    </w:p>
                    <w:p w14:paraId="054E896D" w14:textId="77777777" w:rsidR="00E268CD" w:rsidRDefault="00E268CD" w:rsidP="006E018C">
                      <w:pPr>
                        <w:jc w:val="center"/>
                      </w:pPr>
                    </w:p>
                    <w:p w14:paraId="260551B9" w14:textId="50CA8B4A" w:rsidR="006E018C" w:rsidRDefault="006E018C" w:rsidP="006E018C">
                      <w:pPr>
                        <w:jc w:val="center"/>
                      </w:pPr>
                      <w: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r w:rsidR="0044185D" w:rsidRPr="0044185D">
        <w:rPr>
          <w:color w:val="365F91" w:themeColor="accent1" w:themeShade="BF"/>
          <w:sz w:val="32"/>
          <w:szCs w:val="32"/>
          <w:u w:val="single"/>
        </w:rPr>
        <w:t>Application Form for the Post of Scientist in Theoretical and Computational Research</w:t>
      </w:r>
    </w:p>
    <w:p w14:paraId="0070EE77" w14:textId="000B690E" w:rsidR="0044185D" w:rsidRPr="0044185D" w:rsidRDefault="0044185D" w:rsidP="0044185D"/>
    <w:p w14:paraId="39D57F6A" w14:textId="7518BF0A" w:rsidR="0016129B" w:rsidRDefault="00E01A9D" w:rsidP="002E181C">
      <w:pPr>
        <w:pStyle w:val="Heading2"/>
        <w:ind w:left="-426"/>
      </w:pPr>
      <w:r>
        <w:t xml:space="preserve">1. Personal </w:t>
      </w:r>
      <w:r w:rsidR="00676782">
        <w:t>d</w:t>
      </w:r>
      <w:r w:rsidR="006835F2">
        <w:t>etails</w:t>
      </w:r>
    </w:p>
    <w:p w14:paraId="4E85DBC0" w14:textId="22D5B4BA" w:rsidR="0016129B" w:rsidRDefault="006835F2">
      <w:r>
        <w:t>Full Name: _________________________________________</w:t>
      </w:r>
      <w:r w:rsidR="0044185D">
        <w:t>_________________________</w:t>
      </w:r>
    </w:p>
    <w:p w14:paraId="004C3137" w14:textId="68F82963" w:rsidR="0016129B" w:rsidRDefault="006835F2">
      <w:r>
        <w:t xml:space="preserve">Category: ☐ General </w:t>
      </w:r>
      <w:r w:rsidR="0044185D">
        <w:t xml:space="preserve">  </w:t>
      </w:r>
      <w:r>
        <w:t>☐ OBC</w:t>
      </w:r>
      <w:r w:rsidR="0044185D">
        <w:t xml:space="preserve">  </w:t>
      </w:r>
      <w:r>
        <w:t xml:space="preserve"> ☐ SC/ST </w:t>
      </w:r>
      <w:r w:rsidR="0044185D">
        <w:t xml:space="preserve">  </w:t>
      </w:r>
      <w:r>
        <w:t xml:space="preserve">☐ EWS </w:t>
      </w:r>
      <w:r w:rsidR="0044185D">
        <w:t xml:space="preserve">  </w:t>
      </w:r>
      <w:r>
        <w:t xml:space="preserve">☐ </w:t>
      </w:r>
      <w:proofErr w:type="spellStart"/>
      <w:r>
        <w:t>PwD</w:t>
      </w:r>
      <w:proofErr w:type="spellEnd"/>
    </w:p>
    <w:p w14:paraId="0608C401" w14:textId="77777777" w:rsidR="0016129B" w:rsidRDefault="006835F2">
      <w:r>
        <w:t>Date of Birth / Age: ____ / ____ / ______ (____ years)</w:t>
      </w:r>
    </w:p>
    <w:p w14:paraId="1954169C" w14:textId="1358A91D" w:rsidR="0016129B" w:rsidRDefault="006835F2">
      <w:r>
        <w:t>Email: _________________________________________</w:t>
      </w:r>
      <w:r w:rsidR="00E268CD">
        <w:t>______________________________</w:t>
      </w:r>
    </w:p>
    <w:p w14:paraId="49F42205" w14:textId="4E436D31" w:rsidR="0016129B" w:rsidRDefault="006835F2">
      <w:r>
        <w:t>Mobile Number: _________________________________________</w:t>
      </w:r>
      <w:r w:rsidR="0044185D">
        <w:t>___________________</w:t>
      </w:r>
    </w:p>
    <w:p w14:paraId="35C9E814" w14:textId="3BA77AF5" w:rsidR="0016129B" w:rsidRDefault="006835F2">
      <w:r>
        <w:t>Gender: ☐ Male ☐ Female ☐ Other</w:t>
      </w:r>
    </w:p>
    <w:p w14:paraId="1DD929B9" w14:textId="5B7C12C6" w:rsidR="0016129B" w:rsidRDefault="006835F2">
      <w:r>
        <w:t>Nationality: _________________________________________</w:t>
      </w:r>
      <w:r w:rsidR="00E268CD">
        <w:t>_____</w:t>
      </w:r>
      <w:r w:rsidR="0044185D">
        <w:t>__________________</w:t>
      </w:r>
    </w:p>
    <w:p w14:paraId="2F226B9C" w14:textId="368B4065" w:rsidR="0016129B" w:rsidRDefault="006835F2" w:rsidP="00E268CD">
      <w:pPr>
        <w:spacing w:line="360" w:lineRule="auto"/>
      </w:pPr>
      <w:r>
        <w:t>Address for Correspondence</w:t>
      </w:r>
      <w:proofErr w:type="gramStart"/>
      <w:r>
        <w:t>:</w:t>
      </w:r>
      <w:proofErr w:type="gramEnd"/>
      <w:r>
        <w:br/>
        <w:t>________________________________________</w:t>
      </w:r>
      <w:r w:rsidR="00E268CD">
        <w:t>________________________________________</w:t>
      </w:r>
      <w:r>
        <w:br/>
        <w:t>________________________________________</w:t>
      </w:r>
      <w:r w:rsidR="00E268CD">
        <w:t>________________________________________</w:t>
      </w:r>
      <w:r>
        <w:br/>
        <w:t>________________________________________</w:t>
      </w:r>
      <w:r w:rsidR="00E268CD">
        <w:t>________________________________________</w:t>
      </w:r>
    </w:p>
    <w:p w14:paraId="52C1B7F0" w14:textId="72106790" w:rsidR="00CD7B04" w:rsidRPr="0044185D" w:rsidRDefault="0044185D" w:rsidP="00BA0955">
      <w:pPr>
        <w:pStyle w:val="Heading2"/>
        <w:spacing w:after="240"/>
        <w:ind w:left="-426"/>
      </w:pPr>
      <w:r w:rsidRPr="0044185D">
        <w:t xml:space="preserve">2. </w:t>
      </w:r>
      <w:r w:rsidR="00CD7B04" w:rsidRPr="0044185D">
        <w:t>P</w:t>
      </w:r>
      <w:r w:rsidR="00094673" w:rsidRPr="0044185D">
        <w:t xml:space="preserve">ost </w:t>
      </w:r>
      <w:r w:rsidR="00094673">
        <w:t>f</w:t>
      </w:r>
      <w:r w:rsidR="00094673" w:rsidRPr="0044185D">
        <w:t xml:space="preserve">or </w:t>
      </w:r>
      <w:r w:rsidR="00094673">
        <w:t>w</w:t>
      </w:r>
      <w:r w:rsidR="00094673" w:rsidRPr="0044185D">
        <w:t>hich you would like to be considered</w:t>
      </w:r>
      <w:r w:rsidR="00BA0955" w:rsidRPr="0044185D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53"/>
        <w:gridCol w:w="2877"/>
      </w:tblGrid>
      <w:tr w:rsidR="00BA0955" w14:paraId="54E555D4" w14:textId="77777777" w:rsidTr="00BA0955">
        <w:tc>
          <w:tcPr>
            <w:tcW w:w="5753" w:type="dxa"/>
            <w:vAlign w:val="bottom"/>
          </w:tcPr>
          <w:p w14:paraId="1C6FDD78" w14:textId="502649D7" w:rsidR="00BA0955" w:rsidRPr="00BA0955" w:rsidRDefault="00B06BBA" w:rsidP="00BA0955">
            <w:pPr>
              <w:spacing w:line="360" w:lineRule="auto"/>
            </w:pPr>
            <w:r>
              <w:t xml:space="preserve">Junior </w:t>
            </w:r>
            <w:r w:rsidR="00BA0955" w:rsidRPr="00BA0955">
              <w:t>Scientist</w:t>
            </w:r>
          </w:p>
        </w:tc>
        <w:tc>
          <w:tcPr>
            <w:tcW w:w="2877" w:type="dxa"/>
            <w:vAlign w:val="bottom"/>
          </w:tcPr>
          <w:p w14:paraId="0A901795" w14:textId="77777777" w:rsidR="00BA0955" w:rsidRDefault="00BA0955" w:rsidP="00BA0955">
            <w:pPr>
              <w:spacing w:line="360" w:lineRule="auto"/>
              <w:rPr>
                <w:color w:val="FF0000"/>
              </w:rPr>
            </w:pPr>
          </w:p>
        </w:tc>
      </w:tr>
      <w:tr w:rsidR="00B06BBA" w14:paraId="690874C3" w14:textId="77777777" w:rsidTr="00BA0955">
        <w:tc>
          <w:tcPr>
            <w:tcW w:w="5753" w:type="dxa"/>
            <w:vAlign w:val="bottom"/>
          </w:tcPr>
          <w:p w14:paraId="37766AF6" w14:textId="4F65D02B" w:rsidR="00B06BBA" w:rsidRPr="00BA0955" w:rsidRDefault="00B06BBA" w:rsidP="00BA0955">
            <w:pPr>
              <w:spacing w:line="360" w:lineRule="auto"/>
            </w:pPr>
            <w:r w:rsidRPr="00BA0955">
              <w:t>Scientist</w:t>
            </w:r>
          </w:p>
        </w:tc>
        <w:tc>
          <w:tcPr>
            <w:tcW w:w="2877" w:type="dxa"/>
            <w:vAlign w:val="bottom"/>
          </w:tcPr>
          <w:p w14:paraId="54F2287F" w14:textId="77777777" w:rsidR="00B06BBA" w:rsidRDefault="00B06BBA" w:rsidP="00BA0955">
            <w:pPr>
              <w:spacing w:line="360" w:lineRule="auto"/>
              <w:rPr>
                <w:color w:val="FF0000"/>
              </w:rPr>
            </w:pPr>
          </w:p>
        </w:tc>
      </w:tr>
      <w:tr w:rsidR="00BA0955" w14:paraId="41E946B3" w14:textId="77777777" w:rsidTr="00BA0955">
        <w:tc>
          <w:tcPr>
            <w:tcW w:w="5753" w:type="dxa"/>
            <w:vAlign w:val="bottom"/>
          </w:tcPr>
          <w:p w14:paraId="7E7AE12D" w14:textId="47988075" w:rsidR="00BA0955" w:rsidRPr="00BA0955" w:rsidRDefault="00BA0955" w:rsidP="00BA0955">
            <w:pPr>
              <w:spacing w:line="360" w:lineRule="auto"/>
            </w:pPr>
            <w:r w:rsidRPr="00BA0955">
              <w:t xml:space="preserve">Senior </w:t>
            </w:r>
            <w:r w:rsidR="00B06BBA">
              <w:t xml:space="preserve">Principal </w:t>
            </w:r>
            <w:r w:rsidRPr="00BA0955">
              <w:t>Scientist</w:t>
            </w:r>
          </w:p>
        </w:tc>
        <w:tc>
          <w:tcPr>
            <w:tcW w:w="2877" w:type="dxa"/>
            <w:vAlign w:val="bottom"/>
          </w:tcPr>
          <w:p w14:paraId="4B1D6645" w14:textId="77777777" w:rsidR="00BA0955" w:rsidRDefault="00BA0955" w:rsidP="00BA0955">
            <w:pPr>
              <w:spacing w:line="360" w:lineRule="auto"/>
              <w:rPr>
                <w:color w:val="FF0000"/>
              </w:rPr>
            </w:pPr>
          </w:p>
        </w:tc>
      </w:tr>
    </w:tbl>
    <w:p w14:paraId="6659806B" w14:textId="77777777" w:rsidR="00CD7B04" w:rsidRDefault="00CD7B04" w:rsidP="00E268CD">
      <w:pPr>
        <w:spacing w:line="360" w:lineRule="auto"/>
        <w:rPr>
          <w:color w:val="FF0000"/>
        </w:rPr>
      </w:pPr>
    </w:p>
    <w:p w14:paraId="32729E30" w14:textId="77777777" w:rsidR="00CD7B04" w:rsidRDefault="00CD7B04" w:rsidP="00E268CD">
      <w:pPr>
        <w:spacing w:line="360" w:lineRule="auto"/>
        <w:rPr>
          <w:color w:val="FF0000"/>
        </w:rPr>
      </w:pPr>
    </w:p>
    <w:p w14:paraId="56870B80" w14:textId="19DF7BF2" w:rsidR="0016129B" w:rsidRDefault="0044185D" w:rsidP="002E181C">
      <w:pPr>
        <w:pStyle w:val="Heading2"/>
        <w:ind w:left="-426"/>
      </w:pPr>
      <w:r>
        <w:lastRenderedPageBreak/>
        <w:t>3</w:t>
      </w:r>
      <w:r w:rsidR="006835F2">
        <w:t>. A</w:t>
      </w:r>
      <w:r w:rsidR="00094673">
        <w:t>cademic qualifications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2"/>
        <w:gridCol w:w="2050"/>
        <w:gridCol w:w="2105"/>
        <w:gridCol w:w="1327"/>
        <w:gridCol w:w="708"/>
        <w:gridCol w:w="2125"/>
      </w:tblGrid>
      <w:tr w:rsidR="0016129B" w14:paraId="0BF1788A" w14:textId="77777777" w:rsidTr="002E181C">
        <w:tc>
          <w:tcPr>
            <w:tcW w:w="1433" w:type="dxa"/>
          </w:tcPr>
          <w:p w14:paraId="15D10073" w14:textId="77777777" w:rsidR="0016129B" w:rsidRDefault="006835F2">
            <w:r>
              <w:t>Examination</w:t>
            </w:r>
          </w:p>
        </w:tc>
        <w:tc>
          <w:tcPr>
            <w:tcW w:w="2077" w:type="dxa"/>
          </w:tcPr>
          <w:p w14:paraId="0E0AF22E" w14:textId="77777777" w:rsidR="0016129B" w:rsidRDefault="006835F2">
            <w:r>
              <w:t>Name of Degree</w:t>
            </w:r>
          </w:p>
        </w:tc>
        <w:tc>
          <w:tcPr>
            <w:tcW w:w="2127" w:type="dxa"/>
          </w:tcPr>
          <w:p w14:paraId="54F97D3E" w14:textId="77777777" w:rsidR="0016129B" w:rsidRDefault="006835F2">
            <w:r>
              <w:t>Subject(s)</w:t>
            </w:r>
          </w:p>
        </w:tc>
        <w:tc>
          <w:tcPr>
            <w:tcW w:w="1275" w:type="dxa"/>
          </w:tcPr>
          <w:p w14:paraId="024685A6" w14:textId="325E837F" w:rsidR="0016129B" w:rsidRDefault="006835F2">
            <w:r>
              <w:t>Overall % / CGPA</w:t>
            </w:r>
            <w:r w:rsidR="002E181C">
              <w:t>/Rank</w:t>
            </w:r>
          </w:p>
        </w:tc>
        <w:tc>
          <w:tcPr>
            <w:tcW w:w="709" w:type="dxa"/>
          </w:tcPr>
          <w:p w14:paraId="6681E7C7" w14:textId="77777777" w:rsidR="0016129B" w:rsidRDefault="006835F2">
            <w:r>
              <w:t>Year</w:t>
            </w:r>
          </w:p>
        </w:tc>
        <w:tc>
          <w:tcPr>
            <w:tcW w:w="2126" w:type="dxa"/>
          </w:tcPr>
          <w:p w14:paraId="20A59929" w14:textId="77777777" w:rsidR="0016129B" w:rsidRDefault="006835F2">
            <w:r>
              <w:t>University/Institute</w:t>
            </w:r>
          </w:p>
        </w:tc>
      </w:tr>
      <w:tr w:rsidR="0016129B" w14:paraId="6C1E1CBD" w14:textId="77777777" w:rsidTr="002E181C">
        <w:tc>
          <w:tcPr>
            <w:tcW w:w="1433" w:type="dxa"/>
          </w:tcPr>
          <w:p w14:paraId="49A9F3EA" w14:textId="5346E10E" w:rsidR="0016129B" w:rsidRDefault="006835F2">
            <w:r>
              <w:t xml:space="preserve">Bachelor's Degree </w:t>
            </w:r>
          </w:p>
        </w:tc>
        <w:tc>
          <w:tcPr>
            <w:tcW w:w="2077" w:type="dxa"/>
          </w:tcPr>
          <w:p w14:paraId="17FF312D" w14:textId="77777777" w:rsidR="0016129B" w:rsidRDefault="0016129B"/>
        </w:tc>
        <w:tc>
          <w:tcPr>
            <w:tcW w:w="2127" w:type="dxa"/>
          </w:tcPr>
          <w:p w14:paraId="340E44AB" w14:textId="77777777" w:rsidR="0016129B" w:rsidRDefault="0016129B"/>
        </w:tc>
        <w:tc>
          <w:tcPr>
            <w:tcW w:w="1275" w:type="dxa"/>
          </w:tcPr>
          <w:p w14:paraId="226D2C3D" w14:textId="77777777" w:rsidR="0016129B" w:rsidRDefault="0016129B"/>
        </w:tc>
        <w:tc>
          <w:tcPr>
            <w:tcW w:w="709" w:type="dxa"/>
          </w:tcPr>
          <w:p w14:paraId="5146EB03" w14:textId="77777777" w:rsidR="0016129B" w:rsidRDefault="0016129B"/>
        </w:tc>
        <w:tc>
          <w:tcPr>
            <w:tcW w:w="2126" w:type="dxa"/>
          </w:tcPr>
          <w:p w14:paraId="28B2BD8A" w14:textId="77777777" w:rsidR="0016129B" w:rsidRDefault="0016129B"/>
        </w:tc>
      </w:tr>
      <w:tr w:rsidR="0016129B" w14:paraId="3C7EB30F" w14:textId="77777777" w:rsidTr="002E181C">
        <w:tc>
          <w:tcPr>
            <w:tcW w:w="1433" w:type="dxa"/>
          </w:tcPr>
          <w:p w14:paraId="5A41750C" w14:textId="6134B23F" w:rsidR="0016129B" w:rsidRDefault="006835F2">
            <w:r>
              <w:t xml:space="preserve">Master's Degree </w:t>
            </w:r>
          </w:p>
        </w:tc>
        <w:tc>
          <w:tcPr>
            <w:tcW w:w="2077" w:type="dxa"/>
          </w:tcPr>
          <w:p w14:paraId="1C3426E7" w14:textId="77777777" w:rsidR="0016129B" w:rsidRDefault="0016129B"/>
        </w:tc>
        <w:tc>
          <w:tcPr>
            <w:tcW w:w="2127" w:type="dxa"/>
          </w:tcPr>
          <w:p w14:paraId="17C521B8" w14:textId="77777777" w:rsidR="0016129B" w:rsidRDefault="0016129B"/>
        </w:tc>
        <w:tc>
          <w:tcPr>
            <w:tcW w:w="1275" w:type="dxa"/>
          </w:tcPr>
          <w:p w14:paraId="00AB535C" w14:textId="77777777" w:rsidR="0016129B" w:rsidRDefault="0016129B"/>
        </w:tc>
        <w:tc>
          <w:tcPr>
            <w:tcW w:w="709" w:type="dxa"/>
          </w:tcPr>
          <w:p w14:paraId="47A996C9" w14:textId="77777777" w:rsidR="0016129B" w:rsidRDefault="0016129B"/>
        </w:tc>
        <w:tc>
          <w:tcPr>
            <w:tcW w:w="2126" w:type="dxa"/>
          </w:tcPr>
          <w:p w14:paraId="500A76DC" w14:textId="77777777" w:rsidR="0016129B" w:rsidRDefault="0016129B"/>
        </w:tc>
      </w:tr>
      <w:tr w:rsidR="0016129B" w14:paraId="6BC37E04" w14:textId="77777777" w:rsidTr="002E181C">
        <w:tc>
          <w:tcPr>
            <w:tcW w:w="1433" w:type="dxa"/>
          </w:tcPr>
          <w:p w14:paraId="63A817D2" w14:textId="77777777" w:rsidR="0016129B" w:rsidRDefault="006835F2">
            <w:r>
              <w:t>Integrated BS-MS (if any)</w:t>
            </w:r>
          </w:p>
        </w:tc>
        <w:tc>
          <w:tcPr>
            <w:tcW w:w="2077" w:type="dxa"/>
          </w:tcPr>
          <w:p w14:paraId="42A6B72B" w14:textId="77777777" w:rsidR="0016129B" w:rsidRDefault="0016129B"/>
        </w:tc>
        <w:tc>
          <w:tcPr>
            <w:tcW w:w="2127" w:type="dxa"/>
          </w:tcPr>
          <w:p w14:paraId="10CDCB55" w14:textId="77777777" w:rsidR="0016129B" w:rsidRDefault="0016129B"/>
        </w:tc>
        <w:tc>
          <w:tcPr>
            <w:tcW w:w="1275" w:type="dxa"/>
          </w:tcPr>
          <w:p w14:paraId="41FE4622" w14:textId="77777777" w:rsidR="0016129B" w:rsidRDefault="0016129B"/>
        </w:tc>
        <w:tc>
          <w:tcPr>
            <w:tcW w:w="709" w:type="dxa"/>
          </w:tcPr>
          <w:p w14:paraId="52D5606A" w14:textId="77777777" w:rsidR="0016129B" w:rsidRDefault="0016129B"/>
        </w:tc>
        <w:tc>
          <w:tcPr>
            <w:tcW w:w="2126" w:type="dxa"/>
          </w:tcPr>
          <w:p w14:paraId="5EE0A915" w14:textId="77777777" w:rsidR="0016129B" w:rsidRDefault="0016129B"/>
        </w:tc>
      </w:tr>
      <w:tr w:rsidR="0016129B" w14:paraId="238676D4" w14:textId="77777777" w:rsidTr="002E181C">
        <w:tc>
          <w:tcPr>
            <w:tcW w:w="1433" w:type="dxa"/>
          </w:tcPr>
          <w:p w14:paraId="45C6552A" w14:textId="77777777" w:rsidR="0016129B" w:rsidRDefault="006835F2">
            <w:r>
              <w:t>Others</w:t>
            </w:r>
          </w:p>
        </w:tc>
        <w:tc>
          <w:tcPr>
            <w:tcW w:w="2077" w:type="dxa"/>
          </w:tcPr>
          <w:p w14:paraId="64BE13E2" w14:textId="77777777" w:rsidR="0016129B" w:rsidRDefault="0016129B"/>
        </w:tc>
        <w:tc>
          <w:tcPr>
            <w:tcW w:w="2127" w:type="dxa"/>
          </w:tcPr>
          <w:p w14:paraId="6B0DA6F5" w14:textId="77777777" w:rsidR="0016129B" w:rsidRDefault="0016129B"/>
        </w:tc>
        <w:tc>
          <w:tcPr>
            <w:tcW w:w="1275" w:type="dxa"/>
          </w:tcPr>
          <w:p w14:paraId="05CAE763" w14:textId="77777777" w:rsidR="0016129B" w:rsidRDefault="0016129B"/>
        </w:tc>
        <w:tc>
          <w:tcPr>
            <w:tcW w:w="709" w:type="dxa"/>
          </w:tcPr>
          <w:p w14:paraId="541B8779" w14:textId="77777777" w:rsidR="0016129B" w:rsidRDefault="0016129B"/>
        </w:tc>
        <w:tc>
          <w:tcPr>
            <w:tcW w:w="2126" w:type="dxa"/>
          </w:tcPr>
          <w:p w14:paraId="3F2903E0" w14:textId="77777777" w:rsidR="0016129B" w:rsidRDefault="0016129B"/>
        </w:tc>
      </w:tr>
    </w:tbl>
    <w:p w14:paraId="78895D4F" w14:textId="31CBFCA3" w:rsidR="0016129B" w:rsidRDefault="006835F2">
      <w:pPr>
        <w:pStyle w:val="Heading2"/>
      </w:pPr>
      <w:r>
        <w:t>Details</w:t>
      </w:r>
      <w:r w:rsidR="00D168D1">
        <w:t xml:space="preserve"> of </w:t>
      </w:r>
      <w:r w:rsidR="00D168D1" w:rsidRPr="00BA0955">
        <w:t>doctoral</w:t>
      </w:r>
      <w:r w:rsidR="00D168D1">
        <w:t xml:space="preserve"> work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5"/>
        <w:gridCol w:w="1408"/>
        <w:gridCol w:w="1304"/>
        <w:gridCol w:w="3059"/>
        <w:gridCol w:w="2551"/>
      </w:tblGrid>
      <w:tr w:rsidR="002E181C" w14:paraId="02E3A265" w14:textId="77777777" w:rsidTr="002E181C">
        <w:tc>
          <w:tcPr>
            <w:tcW w:w="1425" w:type="dxa"/>
          </w:tcPr>
          <w:p w14:paraId="48CD85AD" w14:textId="77777777" w:rsidR="002E181C" w:rsidRDefault="002E181C" w:rsidP="002E181C">
            <w:pPr>
              <w:jc w:val="center"/>
            </w:pPr>
            <w:r>
              <w:t>Date of Registration</w:t>
            </w:r>
          </w:p>
        </w:tc>
        <w:tc>
          <w:tcPr>
            <w:tcW w:w="1408" w:type="dxa"/>
          </w:tcPr>
          <w:p w14:paraId="0F8E1FEF" w14:textId="77777777" w:rsidR="002E181C" w:rsidRDefault="002E181C" w:rsidP="002E181C">
            <w:pPr>
              <w:jc w:val="center"/>
            </w:pPr>
            <w:r>
              <w:t>Date of Submission</w:t>
            </w:r>
          </w:p>
        </w:tc>
        <w:tc>
          <w:tcPr>
            <w:tcW w:w="1304" w:type="dxa"/>
          </w:tcPr>
          <w:p w14:paraId="5A6BBE62" w14:textId="77777777" w:rsidR="002E181C" w:rsidRDefault="002E181C" w:rsidP="002E181C">
            <w:pPr>
              <w:jc w:val="center"/>
            </w:pPr>
            <w:r>
              <w:t>Date of Award</w:t>
            </w:r>
          </w:p>
        </w:tc>
        <w:tc>
          <w:tcPr>
            <w:tcW w:w="3059" w:type="dxa"/>
          </w:tcPr>
          <w:p w14:paraId="72739608" w14:textId="77777777" w:rsidR="002E181C" w:rsidRDefault="002E181C" w:rsidP="002E181C">
            <w:pPr>
              <w:jc w:val="center"/>
            </w:pPr>
            <w:r>
              <w:t>Thesis Title</w:t>
            </w:r>
          </w:p>
        </w:tc>
        <w:tc>
          <w:tcPr>
            <w:tcW w:w="2551" w:type="dxa"/>
          </w:tcPr>
          <w:p w14:paraId="574FA857" w14:textId="77777777" w:rsidR="002E181C" w:rsidRDefault="002E181C" w:rsidP="002E181C">
            <w:pPr>
              <w:jc w:val="center"/>
            </w:pPr>
            <w:r>
              <w:t>University/Institute</w:t>
            </w:r>
          </w:p>
        </w:tc>
      </w:tr>
      <w:tr w:rsidR="002E181C" w14:paraId="152CE4F9" w14:textId="77777777" w:rsidTr="00F544B8">
        <w:trPr>
          <w:trHeight w:val="894"/>
        </w:trPr>
        <w:tc>
          <w:tcPr>
            <w:tcW w:w="1425" w:type="dxa"/>
          </w:tcPr>
          <w:p w14:paraId="71D9BD34" w14:textId="77777777" w:rsidR="002E181C" w:rsidRDefault="002E181C"/>
        </w:tc>
        <w:tc>
          <w:tcPr>
            <w:tcW w:w="1408" w:type="dxa"/>
          </w:tcPr>
          <w:p w14:paraId="493C5CCB" w14:textId="77777777" w:rsidR="002E181C" w:rsidRDefault="002E181C"/>
        </w:tc>
        <w:tc>
          <w:tcPr>
            <w:tcW w:w="1304" w:type="dxa"/>
          </w:tcPr>
          <w:p w14:paraId="2BC0ADB1" w14:textId="77777777" w:rsidR="002E181C" w:rsidRDefault="002E181C"/>
        </w:tc>
        <w:tc>
          <w:tcPr>
            <w:tcW w:w="3059" w:type="dxa"/>
          </w:tcPr>
          <w:p w14:paraId="19D41FE4" w14:textId="77777777" w:rsidR="002E181C" w:rsidRDefault="002E181C"/>
        </w:tc>
        <w:tc>
          <w:tcPr>
            <w:tcW w:w="2551" w:type="dxa"/>
          </w:tcPr>
          <w:p w14:paraId="79D83754" w14:textId="77777777" w:rsidR="002E181C" w:rsidRDefault="002E181C"/>
        </w:tc>
      </w:tr>
      <w:tr w:rsidR="00FC6205" w14:paraId="7199CC16" w14:textId="77777777" w:rsidTr="00C83AEE">
        <w:trPr>
          <w:trHeight w:val="470"/>
        </w:trPr>
        <w:tc>
          <w:tcPr>
            <w:tcW w:w="9747" w:type="dxa"/>
            <w:gridSpan w:val="5"/>
          </w:tcPr>
          <w:p w14:paraId="7DCE6230" w14:textId="1F306A73" w:rsidR="00FC6205" w:rsidRDefault="00FC6205">
            <w:r w:rsidRPr="00FC6205">
              <w:t>Did your course</w:t>
            </w:r>
            <w:r w:rsidR="00D168D1">
              <w:t xml:space="preserve"> </w:t>
            </w:r>
            <w:r w:rsidRPr="00FC6205">
              <w:t xml:space="preserve">work include a </w:t>
            </w:r>
            <w:r w:rsidR="00D168D1" w:rsidRPr="00A6186B">
              <w:t xml:space="preserve">course </w:t>
            </w:r>
            <w:r w:rsidRPr="00FC6205">
              <w:t xml:space="preserve">on Theoretical and Computational </w:t>
            </w:r>
            <w:r w:rsidR="00342C96" w:rsidRPr="00FC6205">
              <w:t>Science</w:t>
            </w:r>
            <w:r w:rsidR="00342C96">
              <w:t>:</w:t>
            </w:r>
            <w:r>
              <w:t xml:space="preserve"> </w:t>
            </w:r>
            <w:r w:rsidR="00DC374F">
              <w:t xml:space="preserve">   </w:t>
            </w:r>
            <w:r w:rsidR="00DC374F">
              <w:rPr>
                <w:rFonts w:ascii="Segoe UI Symbol" w:hAnsi="Segoe UI Symbol" w:cs="Segoe UI Symbol"/>
              </w:rPr>
              <w:t>☐</w:t>
            </w:r>
            <w:r w:rsidR="00DC374F">
              <w:t xml:space="preserve"> Yes  </w:t>
            </w:r>
            <w:r w:rsidR="00DC374F">
              <w:rPr>
                <w:rFonts w:ascii="Segoe UI Symbol" w:hAnsi="Segoe UI Symbol" w:cs="Segoe UI Symbol"/>
              </w:rPr>
              <w:t>☐</w:t>
            </w:r>
            <w:r w:rsidR="00DC374F">
              <w:t xml:space="preserve"> No</w:t>
            </w:r>
          </w:p>
        </w:tc>
      </w:tr>
    </w:tbl>
    <w:p w14:paraId="2CB2F848" w14:textId="553A8BF6" w:rsidR="0016129B" w:rsidRDefault="00A6186B" w:rsidP="002E181C">
      <w:pPr>
        <w:pStyle w:val="Heading2"/>
        <w:ind w:left="-426"/>
      </w:pPr>
      <w:r>
        <w:t>4</w:t>
      </w:r>
      <w:r w:rsidR="006835F2">
        <w:t>. E</w:t>
      </w:r>
      <w:r w:rsidR="00094673">
        <w:t>mployment / research experience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2160"/>
        <w:gridCol w:w="2876"/>
        <w:gridCol w:w="2551"/>
      </w:tblGrid>
      <w:tr w:rsidR="0016129B" w14:paraId="5354DC87" w14:textId="77777777" w:rsidTr="002E181C">
        <w:tc>
          <w:tcPr>
            <w:tcW w:w="2160" w:type="dxa"/>
          </w:tcPr>
          <w:p w14:paraId="68EBB70C" w14:textId="77777777" w:rsidR="0016129B" w:rsidRDefault="006835F2" w:rsidP="00C00AB6">
            <w:pPr>
              <w:jc w:val="center"/>
            </w:pPr>
            <w:r>
              <w:t>Position</w:t>
            </w:r>
          </w:p>
        </w:tc>
        <w:tc>
          <w:tcPr>
            <w:tcW w:w="2160" w:type="dxa"/>
          </w:tcPr>
          <w:p w14:paraId="35DA3FD8" w14:textId="77777777" w:rsidR="0016129B" w:rsidRDefault="006835F2" w:rsidP="00C00AB6">
            <w:pPr>
              <w:jc w:val="center"/>
            </w:pPr>
            <w:r>
              <w:t>Institution</w:t>
            </w:r>
          </w:p>
        </w:tc>
        <w:tc>
          <w:tcPr>
            <w:tcW w:w="2876" w:type="dxa"/>
          </w:tcPr>
          <w:p w14:paraId="10D01E4F" w14:textId="77777777" w:rsidR="0016129B" w:rsidRDefault="006835F2" w:rsidP="00C00AB6">
            <w:pPr>
              <w:jc w:val="center"/>
            </w:pPr>
            <w:r>
              <w:t>Duration (From - To)</w:t>
            </w:r>
          </w:p>
        </w:tc>
        <w:tc>
          <w:tcPr>
            <w:tcW w:w="2551" w:type="dxa"/>
          </w:tcPr>
          <w:p w14:paraId="1B277233" w14:textId="77777777" w:rsidR="0016129B" w:rsidRDefault="006835F2" w:rsidP="00C00AB6">
            <w:pPr>
              <w:jc w:val="center"/>
            </w:pPr>
            <w:r>
              <w:t>Nature of Work</w:t>
            </w:r>
          </w:p>
        </w:tc>
      </w:tr>
      <w:tr w:rsidR="0016129B" w14:paraId="6AA93AB3" w14:textId="77777777" w:rsidTr="00C00AB6">
        <w:trPr>
          <w:trHeight w:val="814"/>
        </w:trPr>
        <w:tc>
          <w:tcPr>
            <w:tcW w:w="2160" w:type="dxa"/>
          </w:tcPr>
          <w:p w14:paraId="799D0440" w14:textId="77777777" w:rsidR="0016129B" w:rsidRDefault="0016129B"/>
        </w:tc>
        <w:tc>
          <w:tcPr>
            <w:tcW w:w="2160" w:type="dxa"/>
          </w:tcPr>
          <w:p w14:paraId="17B909F5" w14:textId="77777777" w:rsidR="0016129B" w:rsidRDefault="0016129B"/>
        </w:tc>
        <w:tc>
          <w:tcPr>
            <w:tcW w:w="2876" w:type="dxa"/>
          </w:tcPr>
          <w:p w14:paraId="30BFB57A" w14:textId="77777777" w:rsidR="0016129B" w:rsidRDefault="0016129B"/>
        </w:tc>
        <w:tc>
          <w:tcPr>
            <w:tcW w:w="2551" w:type="dxa"/>
          </w:tcPr>
          <w:p w14:paraId="45A1C902" w14:textId="77777777" w:rsidR="0016129B" w:rsidRDefault="0016129B"/>
        </w:tc>
      </w:tr>
      <w:tr w:rsidR="0016129B" w14:paraId="547CFB3C" w14:textId="77777777" w:rsidTr="00C00AB6">
        <w:trPr>
          <w:trHeight w:val="698"/>
        </w:trPr>
        <w:tc>
          <w:tcPr>
            <w:tcW w:w="2160" w:type="dxa"/>
          </w:tcPr>
          <w:p w14:paraId="793DD138" w14:textId="77777777" w:rsidR="0016129B" w:rsidRDefault="0016129B"/>
        </w:tc>
        <w:tc>
          <w:tcPr>
            <w:tcW w:w="2160" w:type="dxa"/>
          </w:tcPr>
          <w:p w14:paraId="53905CA2" w14:textId="77777777" w:rsidR="0016129B" w:rsidRDefault="0016129B"/>
        </w:tc>
        <w:tc>
          <w:tcPr>
            <w:tcW w:w="2876" w:type="dxa"/>
          </w:tcPr>
          <w:p w14:paraId="643EA677" w14:textId="77777777" w:rsidR="0016129B" w:rsidRDefault="0016129B"/>
        </w:tc>
        <w:tc>
          <w:tcPr>
            <w:tcW w:w="2551" w:type="dxa"/>
          </w:tcPr>
          <w:p w14:paraId="5285077C" w14:textId="77777777" w:rsidR="0016129B" w:rsidRDefault="0016129B"/>
        </w:tc>
      </w:tr>
    </w:tbl>
    <w:p w14:paraId="7FDE48CD" w14:textId="77777777" w:rsidR="00A6186B" w:rsidRDefault="00A6186B" w:rsidP="00A6186B"/>
    <w:p w14:paraId="59BF08CF" w14:textId="7FFA138F" w:rsidR="0016129B" w:rsidRDefault="00A6186B" w:rsidP="008A387D">
      <w:pPr>
        <w:pStyle w:val="Heading2"/>
        <w:ind w:left="-142" w:hanging="284"/>
        <w:jc w:val="both"/>
      </w:pPr>
      <w:r>
        <w:t>5</w:t>
      </w:r>
      <w:r w:rsidR="006835F2">
        <w:t>.</w:t>
      </w:r>
      <w:r w:rsidR="00D168D1">
        <w:t xml:space="preserve"> </w:t>
      </w:r>
      <w:r w:rsidR="006835F2">
        <w:t xml:space="preserve"> </w:t>
      </w:r>
      <w:r w:rsidRPr="00A6186B">
        <w:t>L</w:t>
      </w:r>
      <w:r w:rsidR="00094673" w:rsidRPr="00A6186B">
        <w:t xml:space="preserve">ist your five best publications </w:t>
      </w:r>
      <w:r w:rsidR="00094673">
        <w:t>(</w:t>
      </w:r>
      <w:r w:rsidR="0054422D" w:rsidRPr="0054422D">
        <w:t>Please attach the full list as Annexure-I and include PDFs of your five best publications along with your online application subm</w:t>
      </w:r>
      <w:r w:rsidR="0054422D">
        <w:t>itted to sribs.kscste@gmail.com</w:t>
      </w:r>
      <w:r w:rsidRPr="00A6186B">
        <w:t>)</w:t>
      </w:r>
    </w:p>
    <w:tbl>
      <w:tblPr>
        <w:tblW w:w="9776" w:type="dxa"/>
        <w:tblLook w:val="04A0" w:firstRow="1" w:lastRow="0" w:firstColumn="1" w:lastColumn="0" w:noHBand="0" w:noVBand="1"/>
      </w:tblPr>
      <w:tblGrid>
        <w:gridCol w:w="1284"/>
        <w:gridCol w:w="1943"/>
        <w:gridCol w:w="2126"/>
        <w:gridCol w:w="699"/>
        <w:gridCol w:w="577"/>
        <w:gridCol w:w="709"/>
        <w:gridCol w:w="2438"/>
      </w:tblGrid>
      <w:tr w:rsidR="00D168D1" w14:paraId="14A9D509" w14:textId="77777777" w:rsidTr="007A2876"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1C924" w14:textId="77777777" w:rsidR="00D168D1" w:rsidRDefault="00D168D1">
            <w:r>
              <w:t>Publication Type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E18AE" w14:textId="77777777" w:rsidR="00D168D1" w:rsidRDefault="00D168D1">
            <w:r>
              <w:t>Title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5CAAA" w14:textId="4F0A2554" w:rsidR="00D168D1" w:rsidRDefault="00D168D1">
            <w:r w:rsidRPr="00A6186B">
              <w:t>Journal Name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CB48C" w14:textId="77777777" w:rsidR="00D168D1" w:rsidRDefault="00D168D1">
            <w:r>
              <w:t>Year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74210" w14:textId="77777777" w:rsidR="00D168D1" w:rsidRDefault="00D168D1">
            <w:r>
              <w:t>Vol.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4C88" w14:textId="77777777" w:rsidR="00D168D1" w:rsidRDefault="00D168D1">
            <w:r>
              <w:t>Page No.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ECC1" w14:textId="0EC8B49F" w:rsidR="00D168D1" w:rsidRDefault="00D168D1">
            <w:proofErr w:type="spellStart"/>
            <w:r>
              <w:t>doi</w:t>
            </w:r>
            <w:proofErr w:type="spellEnd"/>
          </w:p>
        </w:tc>
      </w:tr>
      <w:tr w:rsidR="00D168D1" w14:paraId="421786B6" w14:textId="77777777" w:rsidTr="007A2876">
        <w:trPr>
          <w:trHeight w:val="658"/>
        </w:trPr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E807A" w14:textId="77777777" w:rsidR="00D168D1" w:rsidRDefault="00D168D1"/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3A9BB" w14:textId="77777777" w:rsidR="00D168D1" w:rsidRDefault="00D168D1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32382" w14:textId="77777777" w:rsidR="00D168D1" w:rsidRDefault="00D168D1"/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EB05" w14:textId="77777777" w:rsidR="00D168D1" w:rsidRDefault="00D168D1"/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612E1" w14:textId="77777777" w:rsidR="00D168D1" w:rsidRDefault="00D168D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F2970" w14:textId="77777777" w:rsidR="00D168D1" w:rsidRDefault="00D168D1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59683" w14:textId="77777777" w:rsidR="00D168D1" w:rsidRDefault="00D168D1"/>
        </w:tc>
      </w:tr>
      <w:tr w:rsidR="00D168D1" w14:paraId="3221EB02" w14:textId="77777777" w:rsidTr="007A2876"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7D647" w14:textId="77777777" w:rsidR="00D168D1" w:rsidRDefault="00D168D1"/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41352" w14:textId="77777777" w:rsidR="00D168D1" w:rsidRDefault="00D168D1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0D1A" w14:textId="77777777" w:rsidR="00D168D1" w:rsidRDefault="00D168D1"/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16FE5" w14:textId="77777777" w:rsidR="00D168D1" w:rsidRDefault="00D168D1"/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E68AD" w14:textId="77777777" w:rsidR="00D168D1" w:rsidRDefault="00D168D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8F6F" w14:textId="77777777" w:rsidR="00D168D1" w:rsidRDefault="00D168D1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8651" w14:textId="77777777" w:rsidR="00D168D1" w:rsidRDefault="00D168D1"/>
        </w:tc>
      </w:tr>
      <w:tr w:rsidR="00D168D1" w14:paraId="095B6101" w14:textId="77777777" w:rsidTr="007A2876"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81AD" w14:textId="77777777" w:rsidR="00D168D1" w:rsidRDefault="00D168D1"/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AD48" w14:textId="77777777" w:rsidR="00D168D1" w:rsidRDefault="00D168D1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580E" w14:textId="77777777" w:rsidR="00D168D1" w:rsidRDefault="00D168D1"/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6F412" w14:textId="77777777" w:rsidR="00D168D1" w:rsidRDefault="00D168D1"/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E07FE" w14:textId="77777777" w:rsidR="00D168D1" w:rsidRDefault="00D168D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5709E" w14:textId="77777777" w:rsidR="00D168D1" w:rsidRDefault="00D168D1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E32F8" w14:textId="77777777" w:rsidR="00D168D1" w:rsidRDefault="00D168D1"/>
        </w:tc>
      </w:tr>
      <w:tr w:rsidR="00D168D1" w14:paraId="614F65B2" w14:textId="77777777" w:rsidTr="007A2876"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7B4A" w14:textId="77777777" w:rsidR="00D168D1" w:rsidRDefault="00D168D1"/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7D41" w14:textId="77777777" w:rsidR="00D168D1" w:rsidRDefault="00D168D1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7095E" w14:textId="77777777" w:rsidR="00D168D1" w:rsidRDefault="00D168D1"/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446D" w14:textId="77777777" w:rsidR="00D168D1" w:rsidRDefault="00D168D1"/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C4F1" w14:textId="77777777" w:rsidR="00D168D1" w:rsidRDefault="00D168D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025FE" w14:textId="77777777" w:rsidR="00D168D1" w:rsidRDefault="00D168D1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7651" w14:textId="77777777" w:rsidR="00D168D1" w:rsidRDefault="00D168D1"/>
        </w:tc>
      </w:tr>
      <w:tr w:rsidR="00D168D1" w14:paraId="27C1E70B" w14:textId="77777777" w:rsidTr="007A2876"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88E1" w14:textId="77777777" w:rsidR="00D168D1" w:rsidRDefault="00D168D1"/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6D157" w14:textId="77777777" w:rsidR="00D168D1" w:rsidRDefault="00D168D1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9D9E2" w14:textId="77777777" w:rsidR="00D168D1" w:rsidRDefault="00D168D1"/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8A6CA" w14:textId="77777777" w:rsidR="00D168D1" w:rsidRDefault="00D168D1"/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7E9C" w14:textId="77777777" w:rsidR="00D168D1" w:rsidRDefault="00D168D1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D774" w14:textId="77777777" w:rsidR="00D168D1" w:rsidRDefault="00D168D1"/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3A22" w14:textId="77777777" w:rsidR="00D168D1" w:rsidRDefault="00D168D1"/>
        </w:tc>
      </w:tr>
    </w:tbl>
    <w:p w14:paraId="5A4178FA" w14:textId="48BDB1AC" w:rsidR="0016129B" w:rsidRDefault="00C42DD7" w:rsidP="002E181C">
      <w:pPr>
        <w:pStyle w:val="Heading2"/>
        <w:ind w:left="-426"/>
      </w:pPr>
      <w:r>
        <w:t>6</w:t>
      </w:r>
      <w:r w:rsidR="006835F2">
        <w:t xml:space="preserve">. </w:t>
      </w:r>
      <w:r w:rsidRPr="00C42DD7">
        <w:t>A</w:t>
      </w:r>
      <w:r w:rsidR="009C5A54" w:rsidRPr="00C42DD7">
        <w:t xml:space="preserve">wards and honors received before and after </w:t>
      </w:r>
      <w:proofErr w:type="spellStart"/>
      <w:r w:rsidR="009C5A54" w:rsidRPr="00C42DD7">
        <w:t>ph.d.</w:t>
      </w:r>
      <w:proofErr w:type="spellEnd"/>
      <w:r w:rsidR="009C5A54" w:rsidRPr="00C42DD7">
        <w:t xml:space="preserve"> (</w:t>
      </w:r>
      <w:proofErr w:type="gramStart"/>
      <w:r w:rsidR="009C5A54" w:rsidRPr="00C42DD7">
        <w:t>if</w:t>
      </w:r>
      <w:proofErr w:type="gramEnd"/>
      <w:r w:rsidR="009C5A54" w:rsidRPr="00C42DD7">
        <w:t xml:space="preserve"> any)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3618"/>
        <w:gridCol w:w="1560"/>
        <w:gridCol w:w="2409"/>
      </w:tblGrid>
      <w:tr w:rsidR="0016129B" w14:paraId="208D2FF7" w14:textId="77777777" w:rsidTr="008A387D">
        <w:tc>
          <w:tcPr>
            <w:tcW w:w="2160" w:type="dxa"/>
          </w:tcPr>
          <w:p w14:paraId="1CCAF314" w14:textId="77777777" w:rsidR="0016129B" w:rsidRDefault="006835F2" w:rsidP="008A387D">
            <w:pPr>
              <w:jc w:val="center"/>
            </w:pPr>
            <w:r>
              <w:t>Awarding Body</w:t>
            </w:r>
          </w:p>
        </w:tc>
        <w:tc>
          <w:tcPr>
            <w:tcW w:w="3618" w:type="dxa"/>
          </w:tcPr>
          <w:p w14:paraId="30DBFB17" w14:textId="77777777" w:rsidR="0016129B" w:rsidRDefault="006835F2" w:rsidP="008A387D">
            <w:pPr>
              <w:jc w:val="center"/>
            </w:pPr>
            <w:r>
              <w:t>Award/Honor Name</w:t>
            </w:r>
          </w:p>
        </w:tc>
        <w:tc>
          <w:tcPr>
            <w:tcW w:w="1560" w:type="dxa"/>
          </w:tcPr>
          <w:p w14:paraId="023C7D5F" w14:textId="77777777" w:rsidR="0016129B" w:rsidRDefault="006835F2" w:rsidP="008A387D">
            <w:pPr>
              <w:jc w:val="center"/>
            </w:pPr>
            <w:r>
              <w:t>Date</w:t>
            </w:r>
          </w:p>
        </w:tc>
        <w:tc>
          <w:tcPr>
            <w:tcW w:w="2409" w:type="dxa"/>
          </w:tcPr>
          <w:p w14:paraId="65A25B15" w14:textId="77777777" w:rsidR="0016129B" w:rsidRDefault="006835F2" w:rsidP="008A387D">
            <w:pPr>
              <w:jc w:val="center"/>
            </w:pPr>
            <w:r>
              <w:t>Level (State/National)</w:t>
            </w:r>
          </w:p>
        </w:tc>
      </w:tr>
      <w:tr w:rsidR="0016129B" w14:paraId="4193938F" w14:textId="77777777" w:rsidTr="008A387D">
        <w:tc>
          <w:tcPr>
            <w:tcW w:w="2160" w:type="dxa"/>
          </w:tcPr>
          <w:p w14:paraId="6375E075" w14:textId="77777777" w:rsidR="0016129B" w:rsidRDefault="0016129B"/>
        </w:tc>
        <w:tc>
          <w:tcPr>
            <w:tcW w:w="3618" w:type="dxa"/>
          </w:tcPr>
          <w:p w14:paraId="3C30DE84" w14:textId="77777777" w:rsidR="0016129B" w:rsidRDefault="0016129B"/>
        </w:tc>
        <w:tc>
          <w:tcPr>
            <w:tcW w:w="1560" w:type="dxa"/>
          </w:tcPr>
          <w:p w14:paraId="39D54B04" w14:textId="77777777" w:rsidR="0016129B" w:rsidRDefault="0016129B"/>
        </w:tc>
        <w:tc>
          <w:tcPr>
            <w:tcW w:w="2409" w:type="dxa"/>
          </w:tcPr>
          <w:p w14:paraId="46ABA2DB" w14:textId="77777777" w:rsidR="0016129B" w:rsidRDefault="0016129B"/>
        </w:tc>
      </w:tr>
      <w:tr w:rsidR="008A387D" w14:paraId="1C042427" w14:textId="77777777" w:rsidTr="008A387D">
        <w:tc>
          <w:tcPr>
            <w:tcW w:w="2160" w:type="dxa"/>
          </w:tcPr>
          <w:p w14:paraId="300E10DD" w14:textId="77777777" w:rsidR="008A387D" w:rsidRDefault="008A387D"/>
        </w:tc>
        <w:tc>
          <w:tcPr>
            <w:tcW w:w="3618" w:type="dxa"/>
          </w:tcPr>
          <w:p w14:paraId="26A9B073" w14:textId="77777777" w:rsidR="008A387D" w:rsidRDefault="008A387D"/>
        </w:tc>
        <w:tc>
          <w:tcPr>
            <w:tcW w:w="1560" w:type="dxa"/>
          </w:tcPr>
          <w:p w14:paraId="56E2EE2A" w14:textId="77777777" w:rsidR="008A387D" w:rsidRDefault="008A387D"/>
        </w:tc>
        <w:tc>
          <w:tcPr>
            <w:tcW w:w="2409" w:type="dxa"/>
          </w:tcPr>
          <w:p w14:paraId="5AD7988C" w14:textId="77777777" w:rsidR="008A387D" w:rsidRDefault="008A387D"/>
        </w:tc>
      </w:tr>
    </w:tbl>
    <w:p w14:paraId="5590B348" w14:textId="3D013317" w:rsidR="0016129B" w:rsidRDefault="00C42DD7" w:rsidP="002E181C">
      <w:pPr>
        <w:pStyle w:val="Heading2"/>
        <w:ind w:left="-426"/>
      </w:pPr>
      <w:r>
        <w:t>7</w:t>
      </w:r>
      <w:r w:rsidR="006835F2">
        <w:t>. No</w:t>
      </w:r>
      <w:r w:rsidR="009C5A54">
        <w:t xml:space="preserve"> objection certificate details (if applicable/ attach with the application)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2126"/>
        <w:gridCol w:w="2694"/>
        <w:gridCol w:w="1559"/>
        <w:gridCol w:w="1417"/>
      </w:tblGrid>
      <w:tr w:rsidR="0016129B" w14:paraId="34C74364" w14:textId="77777777" w:rsidTr="008A387D">
        <w:tc>
          <w:tcPr>
            <w:tcW w:w="1951" w:type="dxa"/>
          </w:tcPr>
          <w:p w14:paraId="2B3AC54C" w14:textId="77777777" w:rsidR="0016129B" w:rsidRDefault="006835F2">
            <w:r>
              <w:t>Name of Institution</w:t>
            </w:r>
          </w:p>
        </w:tc>
        <w:tc>
          <w:tcPr>
            <w:tcW w:w="2126" w:type="dxa"/>
          </w:tcPr>
          <w:p w14:paraId="08AFBCEB" w14:textId="77777777" w:rsidR="0016129B" w:rsidRDefault="006835F2">
            <w:r>
              <w:t>Designation</w:t>
            </w:r>
          </w:p>
        </w:tc>
        <w:tc>
          <w:tcPr>
            <w:tcW w:w="2694" w:type="dxa"/>
          </w:tcPr>
          <w:p w14:paraId="58EF41B6" w14:textId="77777777" w:rsidR="0016129B" w:rsidRDefault="006835F2">
            <w:r>
              <w:t>Address</w:t>
            </w:r>
          </w:p>
        </w:tc>
        <w:tc>
          <w:tcPr>
            <w:tcW w:w="1559" w:type="dxa"/>
          </w:tcPr>
          <w:p w14:paraId="6DB8C1C0" w14:textId="77777777" w:rsidR="0016129B" w:rsidRDefault="006835F2">
            <w:r>
              <w:t>Place</w:t>
            </w:r>
          </w:p>
        </w:tc>
        <w:tc>
          <w:tcPr>
            <w:tcW w:w="1417" w:type="dxa"/>
          </w:tcPr>
          <w:p w14:paraId="63EDCC66" w14:textId="77777777" w:rsidR="0016129B" w:rsidRDefault="006835F2">
            <w:r>
              <w:t>Date</w:t>
            </w:r>
          </w:p>
        </w:tc>
      </w:tr>
      <w:tr w:rsidR="0016129B" w14:paraId="383845E1" w14:textId="77777777" w:rsidTr="008A387D">
        <w:trPr>
          <w:trHeight w:val="844"/>
        </w:trPr>
        <w:tc>
          <w:tcPr>
            <w:tcW w:w="1951" w:type="dxa"/>
          </w:tcPr>
          <w:p w14:paraId="5B71211A" w14:textId="77777777" w:rsidR="0016129B" w:rsidRDefault="0016129B"/>
        </w:tc>
        <w:tc>
          <w:tcPr>
            <w:tcW w:w="2126" w:type="dxa"/>
          </w:tcPr>
          <w:p w14:paraId="1E0FD11E" w14:textId="77777777" w:rsidR="0016129B" w:rsidRDefault="0016129B"/>
        </w:tc>
        <w:tc>
          <w:tcPr>
            <w:tcW w:w="2694" w:type="dxa"/>
          </w:tcPr>
          <w:p w14:paraId="5FD62A3D" w14:textId="77777777" w:rsidR="0016129B" w:rsidRDefault="0016129B"/>
        </w:tc>
        <w:tc>
          <w:tcPr>
            <w:tcW w:w="1559" w:type="dxa"/>
          </w:tcPr>
          <w:p w14:paraId="361F44CC" w14:textId="77777777" w:rsidR="0016129B" w:rsidRDefault="0016129B"/>
        </w:tc>
        <w:tc>
          <w:tcPr>
            <w:tcW w:w="1417" w:type="dxa"/>
          </w:tcPr>
          <w:p w14:paraId="689F0965" w14:textId="77777777" w:rsidR="0016129B" w:rsidRDefault="0016129B"/>
        </w:tc>
      </w:tr>
    </w:tbl>
    <w:p w14:paraId="0779C3AC" w14:textId="2F9B2573" w:rsidR="0061254A" w:rsidRPr="00092033" w:rsidRDefault="002E181C" w:rsidP="00092033">
      <w:pPr>
        <w:pStyle w:val="Heading2"/>
        <w:ind w:left="-426"/>
      </w:pPr>
      <w:r w:rsidRPr="00092033">
        <w:t>8</w:t>
      </w:r>
      <w:r w:rsidR="0061254A" w:rsidRPr="00092033">
        <w:t>. Co</w:t>
      </w:r>
      <w:r w:rsidR="009C5A54" w:rsidRPr="00092033">
        <w:t>mputational knowledge</w:t>
      </w:r>
    </w:p>
    <w:p w14:paraId="65545E72" w14:textId="730EE488" w:rsidR="0061254A" w:rsidRDefault="002E181C" w:rsidP="0061254A">
      <w:pPr>
        <w:pStyle w:val="Heading2"/>
      </w:pPr>
      <w:r>
        <w:t>8</w:t>
      </w:r>
      <w:r w:rsidR="0061254A">
        <w:t xml:space="preserve"> A. Pr</w:t>
      </w:r>
      <w:r w:rsidR="009C5A54">
        <w:t>ogramming languages known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3193"/>
        <w:gridCol w:w="1701"/>
        <w:gridCol w:w="2552"/>
      </w:tblGrid>
      <w:tr w:rsidR="0061254A" w14:paraId="6B4105CB" w14:textId="77777777" w:rsidTr="00092033">
        <w:tc>
          <w:tcPr>
            <w:tcW w:w="2160" w:type="dxa"/>
          </w:tcPr>
          <w:p w14:paraId="70B827C2" w14:textId="77777777" w:rsidR="0061254A" w:rsidRDefault="0061254A" w:rsidP="00727009">
            <w:r>
              <w:t>Language</w:t>
            </w:r>
          </w:p>
        </w:tc>
        <w:tc>
          <w:tcPr>
            <w:tcW w:w="3193" w:type="dxa"/>
          </w:tcPr>
          <w:p w14:paraId="63DA3057" w14:textId="77777777" w:rsidR="0061254A" w:rsidRDefault="0061254A" w:rsidP="00727009">
            <w:r>
              <w:t>Proficiency Level (Basic / Intermediate / Advanced)</w:t>
            </w:r>
          </w:p>
        </w:tc>
        <w:tc>
          <w:tcPr>
            <w:tcW w:w="1701" w:type="dxa"/>
          </w:tcPr>
          <w:p w14:paraId="447D64FA" w14:textId="77777777" w:rsidR="0061254A" w:rsidRDefault="0061254A" w:rsidP="00727009">
            <w:r>
              <w:t>Years of Use</w:t>
            </w:r>
          </w:p>
        </w:tc>
        <w:tc>
          <w:tcPr>
            <w:tcW w:w="2552" w:type="dxa"/>
          </w:tcPr>
          <w:p w14:paraId="1997AFD4" w14:textId="77777777" w:rsidR="0061254A" w:rsidRDefault="0061254A" w:rsidP="00727009">
            <w:r>
              <w:t>Ability to Write Custom Scientific Code (Yes/No)</w:t>
            </w:r>
          </w:p>
        </w:tc>
      </w:tr>
      <w:tr w:rsidR="0061254A" w14:paraId="42E4E42B" w14:textId="77777777" w:rsidTr="00092033">
        <w:tc>
          <w:tcPr>
            <w:tcW w:w="2160" w:type="dxa"/>
          </w:tcPr>
          <w:p w14:paraId="38883C46" w14:textId="55CEBA9B" w:rsidR="0061254A" w:rsidRDefault="0061254A" w:rsidP="00727009"/>
        </w:tc>
        <w:tc>
          <w:tcPr>
            <w:tcW w:w="3193" w:type="dxa"/>
          </w:tcPr>
          <w:p w14:paraId="5D7D2943" w14:textId="77777777" w:rsidR="0061254A" w:rsidRDefault="0061254A" w:rsidP="00727009"/>
        </w:tc>
        <w:tc>
          <w:tcPr>
            <w:tcW w:w="1701" w:type="dxa"/>
          </w:tcPr>
          <w:p w14:paraId="25A4D565" w14:textId="77777777" w:rsidR="0061254A" w:rsidRDefault="0061254A" w:rsidP="00727009"/>
        </w:tc>
        <w:tc>
          <w:tcPr>
            <w:tcW w:w="2552" w:type="dxa"/>
          </w:tcPr>
          <w:p w14:paraId="3F9B464E" w14:textId="77777777" w:rsidR="0061254A" w:rsidRDefault="0061254A" w:rsidP="00727009"/>
        </w:tc>
      </w:tr>
      <w:tr w:rsidR="0061254A" w14:paraId="0A87DA85" w14:textId="77777777" w:rsidTr="00092033">
        <w:tc>
          <w:tcPr>
            <w:tcW w:w="2160" w:type="dxa"/>
          </w:tcPr>
          <w:p w14:paraId="62122A8C" w14:textId="76D9AC70" w:rsidR="0061254A" w:rsidRDefault="0061254A" w:rsidP="00727009"/>
        </w:tc>
        <w:tc>
          <w:tcPr>
            <w:tcW w:w="3193" w:type="dxa"/>
          </w:tcPr>
          <w:p w14:paraId="6DF73065" w14:textId="77777777" w:rsidR="0061254A" w:rsidRDefault="0061254A" w:rsidP="00727009"/>
        </w:tc>
        <w:tc>
          <w:tcPr>
            <w:tcW w:w="1701" w:type="dxa"/>
          </w:tcPr>
          <w:p w14:paraId="3F089657" w14:textId="77777777" w:rsidR="0061254A" w:rsidRDefault="0061254A" w:rsidP="00727009"/>
        </w:tc>
        <w:tc>
          <w:tcPr>
            <w:tcW w:w="2552" w:type="dxa"/>
          </w:tcPr>
          <w:p w14:paraId="477C66FD" w14:textId="77777777" w:rsidR="0061254A" w:rsidRDefault="0061254A" w:rsidP="00727009"/>
        </w:tc>
      </w:tr>
    </w:tbl>
    <w:p w14:paraId="73DD1B74" w14:textId="5B19FA24" w:rsidR="0061254A" w:rsidRDefault="002E181C" w:rsidP="0061254A">
      <w:pPr>
        <w:pStyle w:val="Heading2"/>
      </w:pPr>
      <w:r>
        <w:t>8</w:t>
      </w:r>
      <w:r w:rsidR="0061254A">
        <w:t>B. Scie</w:t>
      </w:r>
      <w:r w:rsidR="009C5A54">
        <w:t>ntific / computational software tools known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3118"/>
        <w:gridCol w:w="3261"/>
      </w:tblGrid>
      <w:tr w:rsidR="0061254A" w14:paraId="475A5F61" w14:textId="77777777" w:rsidTr="00092033">
        <w:tc>
          <w:tcPr>
            <w:tcW w:w="3227" w:type="dxa"/>
          </w:tcPr>
          <w:p w14:paraId="04731ADE" w14:textId="77777777" w:rsidR="0061254A" w:rsidRDefault="0061254A" w:rsidP="00727009">
            <w:r>
              <w:t>Software / Toolset</w:t>
            </w:r>
          </w:p>
        </w:tc>
        <w:tc>
          <w:tcPr>
            <w:tcW w:w="3118" w:type="dxa"/>
          </w:tcPr>
          <w:p w14:paraId="4EDA7583" w14:textId="77777777" w:rsidR="0061254A" w:rsidRDefault="0061254A" w:rsidP="00727009">
            <w:r>
              <w:t>Domain / Area of Use</w:t>
            </w:r>
          </w:p>
        </w:tc>
        <w:tc>
          <w:tcPr>
            <w:tcW w:w="3261" w:type="dxa"/>
          </w:tcPr>
          <w:p w14:paraId="2DDB0BA4" w14:textId="77777777" w:rsidR="0061254A" w:rsidRDefault="0061254A" w:rsidP="00727009">
            <w:r>
              <w:t>Proficiency Level</w:t>
            </w:r>
          </w:p>
        </w:tc>
      </w:tr>
      <w:tr w:rsidR="0061254A" w14:paraId="0C565CB9" w14:textId="77777777" w:rsidTr="00092033">
        <w:tc>
          <w:tcPr>
            <w:tcW w:w="3227" w:type="dxa"/>
          </w:tcPr>
          <w:p w14:paraId="7109ED0B" w14:textId="20BB0807" w:rsidR="0061254A" w:rsidRDefault="0061254A" w:rsidP="00727009"/>
        </w:tc>
        <w:tc>
          <w:tcPr>
            <w:tcW w:w="3118" w:type="dxa"/>
          </w:tcPr>
          <w:p w14:paraId="24D7B2EA" w14:textId="27E1E92C" w:rsidR="0061254A" w:rsidRDefault="0061254A" w:rsidP="00727009"/>
        </w:tc>
        <w:tc>
          <w:tcPr>
            <w:tcW w:w="3261" w:type="dxa"/>
          </w:tcPr>
          <w:p w14:paraId="01F76E7D" w14:textId="77777777" w:rsidR="0061254A" w:rsidRDefault="0061254A" w:rsidP="00727009"/>
        </w:tc>
      </w:tr>
      <w:tr w:rsidR="0061254A" w14:paraId="297F690D" w14:textId="77777777" w:rsidTr="00092033">
        <w:tc>
          <w:tcPr>
            <w:tcW w:w="3227" w:type="dxa"/>
          </w:tcPr>
          <w:p w14:paraId="682FD83C" w14:textId="3BAD8E23" w:rsidR="0061254A" w:rsidRDefault="0061254A" w:rsidP="00727009"/>
        </w:tc>
        <w:tc>
          <w:tcPr>
            <w:tcW w:w="3118" w:type="dxa"/>
          </w:tcPr>
          <w:p w14:paraId="0E875B05" w14:textId="422FB7DE" w:rsidR="0061254A" w:rsidRDefault="0061254A" w:rsidP="00727009"/>
        </w:tc>
        <w:tc>
          <w:tcPr>
            <w:tcW w:w="3261" w:type="dxa"/>
          </w:tcPr>
          <w:p w14:paraId="79BB8237" w14:textId="77777777" w:rsidR="0061254A" w:rsidRDefault="0061254A" w:rsidP="00727009"/>
        </w:tc>
      </w:tr>
    </w:tbl>
    <w:p w14:paraId="3244E206" w14:textId="655446FE" w:rsidR="0061254A" w:rsidRDefault="002E181C" w:rsidP="0061254A">
      <w:pPr>
        <w:pStyle w:val="Heading2"/>
      </w:pPr>
      <w:r>
        <w:t>8</w:t>
      </w:r>
      <w:r w:rsidR="0061254A">
        <w:t>C. Cu</w:t>
      </w:r>
      <w:r w:rsidR="009C5A54">
        <w:t>stom code development</w:t>
      </w:r>
    </w:p>
    <w:p w14:paraId="179FCF3B" w14:textId="105B6EC5" w:rsidR="0061254A" w:rsidRDefault="0061254A" w:rsidP="00DC374F">
      <w:pPr>
        <w:ind w:right="-858"/>
        <w:jc w:val="both"/>
      </w:pPr>
      <w:r>
        <w:t>Have you created or developed any custom scientific code to solve a particular</w:t>
      </w:r>
      <w:r w:rsidR="00DC374F">
        <w:t xml:space="preserve"> </w:t>
      </w:r>
      <w:r>
        <w:t>research/computational problem?</w:t>
      </w:r>
      <w:r w:rsidR="00DC374F">
        <w:t xml:space="preserve"> </w:t>
      </w:r>
    </w:p>
    <w:p w14:paraId="68DDD61C" w14:textId="77777777" w:rsidR="0061254A" w:rsidRDefault="0061254A" w:rsidP="0061254A">
      <w:r>
        <w:lastRenderedPageBreak/>
        <w:t>☐ Yes</w:t>
      </w:r>
      <w:proofErr w:type="gramStart"/>
      <w:r>
        <w:t>  ☐</w:t>
      </w:r>
      <w:proofErr w:type="gramEnd"/>
      <w:r>
        <w:t xml:space="preserve"> No</w:t>
      </w:r>
    </w:p>
    <w:p w14:paraId="216BDB8C" w14:textId="77777777" w:rsidR="0061254A" w:rsidRDefault="0061254A" w:rsidP="0061254A">
      <w:r>
        <w:t xml:space="preserve">If </w:t>
      </w:r>
      <w:proofErr w:type="gramStart"/>
      <w:r>
        <w:t>Yes</w:t>
      </w:r>
      <w:proofErr w:type="gramEnd"/>
      <w:r>
        <w:t>, please provide the following details: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3051"/>
        <w:gridCol w:w="2268"/>
        <w:gridCol w:w="2127"/>
      </w:tblGrid>
      <w:tr w:rsidR="0061254A" w14:paraId="350355E4" w14:textId="77777777" w:rsidTr="00092033">
        <w:tc>
          <w:tcPr>
            <w:tcW w:w="2160" w:type="dxa"/>
          </w:tcPr>
          <w:p w14:paraId="41D24880" w14:textId="77777777" w:rsidR="0061254A" w:rsidRDefault="0061254A" w:rsidP="00727009">
            <w:r>
              <w:t>Title / Purpose of Code</w:t>
            </w:r>
          </w:p>
        </w:tc>
        <w:tc>
          <w:tcPr>
            <w:tcW w:w="3051" w:type="dxa"/>
          </w:tcPr>
          <w:p w14:paraId="3B342AA5" w14:textId="77777777" w:rsidR="0061254A" w:rsidRDefault="0061254A" w:rsidP="00727009">
            <w:r>
              <w:t>Programming Language(s) Used</w:t>
            </w:r>
          </w:p>
        </w:tc>
        <w:tc>
          <w:tcPr>
            <w:tcW w:w="2268" w:type="dxa"/>
          </w:tcPr>
          <w:p w14:paraId="5B54D51B" w14:textId="77777777" w:rsidR="0061254A" w:rsidRDefault="0061254A" w:rsidP="00727009">
            <w:r>
              <w:t>Area of Application</w:t>
            </w:r>
          </w:p>
        </w:tc>
        <w:tc>
          <w:tcPr>
            <w:tcW w:w="2127" w:type="dxa"/>
          </w:tcPr>
          <w:p w14:paraId="60804C7E" w14:textId="77777777" w:rsidR="0061254A" w:rsidRDefault="0061254A" w:rsidP="00727009">
            <w:r>
              <w:t>Year Developed</w:t>
            </w:r>
          </w:p>
        </w:tc>
      </w:tr>
      <w:tr w:rsidR="0061254A" w14:paraId="4E543A60" w14:textId="77777777" w:rsidTr="00092033">
        <w:tc>
          <w:tcPr>
            <w:tcW w:w="2160" w:type="dxa"/>
          </w:tcPr>
          <w:p w14:paraId="5C02D6AE" w14:textId="77777777" w:rsidR="0061254A" w:rsidRDefault="0061254A" w:rsidP="00727009"/>
        </w:tc>
        <w:tc>
          <w:tcPr>
            <w:tcW w:w="3051" w:type="dxa"/>
          </w:tcPr>
          <w:p w14:paraId="73F2BCA8" w14:textId="77777777" w:rsidR="0061254A" w:rsidRDefault="0061254A" w:rsidP="00727009"/>
        </w:tc>
        <w:tc>
          <w:tcPr>
            <w:tcW w:w="2268" w:type="dxa"/>
          </w:tcPr>
          <w:p w14:paraId="423C6501" w14:textId="77777777" w:rsidR="0061254A" w:rsidRDefault="0061254A" w:rsidP="00727009"/>
        </w:tc>
        <w:tc>
          <w:tcPr>
            <w:tcW w:w="2127" w:type="dxa"/>
          </w:tcPr>
          <w:p w14:paraId="21FBA777" w14:textId="77777777" w:rsidR="0061254A" w:rsidRDefault="0061254A" w:rsidP="00727009"/>
        </w:tc>
      </w:tr>
      <w:tr w:rsidR="0061254A" w14:paraId="7CDEE21D" w14:textId="77777777" w:rsidTr="00092033">
        <w:tc>
          <w:tcPr>
            <w:tcW w:w="2160" w:type="dxa"/>
          </w:tcPr>
          <w:p w14:paraId="10504CEB" w14:textId="77777777" w:rsidR="0061254A" w:rsidRDefault="0061254A" w:rsidP="00727009"/>
        </w:tc>
        <w:tc>
          <w:tcPr>
            <w:tcW w:w="3051" w:type="dxa"/>
          </w:tcPr>
          <w:p w14:paraId="73A39741" w14:textId="77777777" w:rsidR="0061254A" w:rsidRDefault="0061254A" w:rsidP="00727009"/>
        </w:tc>
        <w:tc>
          <w:tcPr>
            <w:tcW w:w="2268" w:type="dxa"/>
          </w:tcPr>
          <w:p w14:paraId="65EE882E" w14:textId="77777777" w:rsidR="0061254A" w:rsidRDefault="0061254A" w:rsidP="00727009"/>
        </w:tc>
        <w:tc>
          <w:tcPr>
            <w:tcW w:w="2127" w:type="dxa"/>
          </w:tcPr>
          <w:p w14:paraId="0AEB3863" w14:textId="77777777" w:rsidR="0061254A" w:rsidRDefault="0061254A" w:rsidP="00727009"/>
        </w:tc>
      </w:tr>
    </w:tbl>
    <w:p w14:paraId="0D955C90" w14:textId="501731F9" w:rsidR="0061254A" w:rsidRDefault="0061254A" w:rsidP="00DC374F">
      <w:pPr>
        <w:ind w:right="-858"/>
      </w:pPr>
      <w:r>
        <w:t>Note:</w:t>
      </w:r>
      <w:r w:rsidR="00DC374F">
        <w:t xml:space="preserve"> </w:t>
      </w:r>
      <w:r>
        <w:t xml:space="preserve">- If the code is publicly available, you may optionally provide a link (e.g., </w:t>
      </w:r>
      <w:proofErr w:type="spellStart"/>
      <w:r>
        <w:t>GitHub</w:t>
      </w:r>
      <w:proofErr w:type="spellEnd"/>
      <w:r>
        <w:t xml:space="preserve">, </w:t>
      </w:r>
      <w:proofErr w:type="spellStart"/>
      <w:r>
        <w:t>GitLab</w:t>
      </w:r>
      <w:proofErr w:type="spellEnd"/>
      <w:r>
        <w:t>).</w:t>
      </w:r>
      <w:r>
        <w:br/>
        <w:t xml:space="preserve">- If the code is not shared publicly, you may attach a letter </w:t>
      </w:r>
      <w:r w:rsidR="00A573F8">
        <w:t xml:space="preserve">signed by the </w:t>
      </w:r>
      <w:r>
        <w:t>co-author</w:t>
      </w:r>
      <w:r w:rsidR="00A573F8">
        <w:t>s co</w:t>
      </w:r>
      <w:r w:rsidR="001D5992">
        <w:t>n</w:t>
      </w:r>
      <w:r w:rsidR="00A573F8">
        <w:t xml:space="preserve">firming </w:t>
      </w:r>
      <w:r>
        <w:t>your role in code development, the code's purpose, and its status (e.g., unpublished/confidential).</w:t>
      </w:r>
      <w:r>
        <w:br/>
        <w:t>- This will be used for internal evaluation only and will not be made public.</w:t>
      </w:r>
    </w:p>
    <w:p w14:paraId="53C487A7" w14:textId="245E48AF" w:rsidR="0059509D" w:rsidRDefault="0059509D" w:rsidP="00C42DD7">
      <w:pPr>
        <w:pStyle w:val="Heading2"/>
        <w:ind w:left="-142" w:hanging="284"/>
        <w:jc w:val="both"/>
        <w:rPr>
          <w:color w:val="FF0000"/>
        </w:rPr>
      </w:pPr>
      <w:r>
        <w:t>9</w:t>
      </w:r>
      <w:r w:rsidRPr="00C42DD7">
        <w:t xml:space="preserve">. </w:t>
      </w:r>
      <w:r w:rsidR="00A573F8" w:rsidRPr="00C42DD7">
        <w:t xml:space="preserve">Names, </w:t>
      </w:r>
      <w:r w:rsidR="009C5A54" w:rsidRPr="00C42DD7">
        <w:t>addresses and email ids of three professionals who may be requested to provide a letter of recommendation</w:t>
      </w:r>
      <w:r w:rsidR="009C5A54">
        <w:t xml:space="preserve"> by </w:t>
      </w:r>
      <w:r w:rsidR="001D5992">
        <w:t>SRIBS</w:t>
      </w:r>
      <w:r w:rsidR="009C5A54" w:rsidRPr="00C42DD7">
        <w:t>.</w:t>
      </w:r>
      <w:r w:rsidR="009C5A54" w:rsidRPr="00A573F8">
        <w:rPr>
          <w:color w:val="FF0000"/>
        </w:rPr>
        <w:t xml:space="preserve"> </w:t>
      </w:r>
    </w:p>
    <w:p w14:paraId="7D904B6C" w14:textId="77777777" w:rsidR="00A573F8" w:rsidRPr="00A573F8" w:rsidRDefault="00A573F8" w:rsidP="00A573F8"/>
    <w:p w14:paraId="1B3A7D17" w14:textId="28C5C728" w:rsidR="00A573F8" w:rsidRDefault="00A573F8" w:rsidP="00A573F8">
      <w:r>
        <w:t>1.</w:t>
      </w:r>
    </w:p>
    <w:p w14:paraId="3813406A" w14:textId="77777777" w:rsidR="00A573F8" w:rsidRDefault="00A573F8" w:rsidP="00A573F8"/>
    <w:p w14:paraId="36E3A797" w14:textId="7D52C4CD" w:rsidR="00A573F8" w:rsidRDefault="00A573F8" w:rsidP="00A573F8">
      <w:r>
        <w:t>2.</w:t>
      </w:r>
    </w:p>
    <w:p w14:paraId="3300067E" w14:textId="77777777" w:rsidR="00A573F8" w:rsidRDefault="00A573F8" w:rsidP="00A573F8"/>
    <w:p w14:paraId="35307A16" w14:textId="0CDDC135" w:rsidR="00A573F8" w:rsidRPr="00A573F8" w:rsidRDefault="00A573F8" w:rsidP="00A573F8">
      <w:r>
        <w:t xml:space="preserve">3. </w:t>
      </w:r>
    </w:p>
    <w:p w14:paraId="6D1C74BE" w14:textId="77777777" w:rsidR="0059509D" w:rsidRDefault="0059509D" w:rsidP="0059509D"/>
    <w:p w14:paraId="05B02DEC" w14:textId="324F6253" w:rsidR="007D5B6B" w:rsidRPr="00C42DD7" w:rsidRDefault="007D5B6B" w:rsidP="00C42DD7">
      <w:pPr>
        <w:pStyle w:val="Heading2"/>
        <w:ind w:hanging="426"/>
        <w:jc w:val="both"/>
      </w:pPr>
      <w:r>
        <w:t xml:space="preserve">10. </w:t>
      </w:r>
      <w:r w:rsidR="00C42DD7" w:rsidRPr="00C42DD7">
        <w:t>Pl</w:t>
      </w:r>
      <w:r w:rsidR="009C5A54" w:rsidRPr="00C42DD7">
        <w:t xml:space="preserve">ease attach a 200-word statement outlining how you intend to contribute to the research and teaching programs at </w:t>
      </w:r>
      <w:r w:rsidR="00F760D6" w:rsidRPr="00C42DD7">
        <w:t>SRIBS</w:t>
      </w:r>
      <w:r w:rsidR="009C5A54" w:rsidRPr="00C42DD7">
        <w:t>, if selected for a position</w:t>
      </w:r>
      <w:r w:rsidR="009C5A54">
        <w:t xml:space="preserve"> (</w:t>
      </w:r>
      <w:r w:rsidR="007578D7">
        <w:t xml:space="preserve">as </w:t>
      </w:r>
      <w:bookmarkStart w:id="0" w:name="_GoBack"/>
      <w:bookmarkEnd w:id="0"/>
      <w:r w:rsidR="009C5A54">
        <w:t>Annexure-II)</w:t>
      </w:r>
    </w:p>
    <w:p w14:paraId="3FEE615F" w14:textId="77777777" w:rsidR="00CD7B04" w:rsidRDefault="00CD7B04" w:rsidP="00CD7B04"/>
    <w:p w14:paraId="207C9C81" w14:textId="06E97878" w:rsidR="0016129B" w:rsidRDefault="0059509D" w:rsidP="005F3E60">
      <w:pPr>
        <w:pStyle w:val="Heading2"/>
        <w:ind w:left="-426"/>
      </w:pPr>
      <w:r>
        <w:t>1</w:t>
      </w:r>
      <w:r w:rsidR="007D5B6B">
        <w:t>1</w:t>
      </w:r>
      <w:r w:rsidR="006835F2">
        <w:t>. Declaration</w:t>
      </w:r>
    </w:p>
    <w:p w14:paraId="5A6C39D2" w14:textId="77777777" w:rsidR="0034128A" w:rsidRDefault="006835F2" w:rsidP="00864670">
      <w:pPr>
        <w:spacing w:after="0" w:line="360" w:lineRule="auto"/>
        <w:ind w:right="-716"/>
        <w:jc w:val="both"/>
      </w:pPr>
      <w:r>
        <w:t>I hereby declare that the information furnished above is true to the best of my knowledge and belief. I understand that any misrepresentation may result in disqualification from the selection process. I accept full responsibility for the accuracy of the information.</w:t>
      </w:r>
    </w:p>
    <w:p w14:paraId="678CCF29" w14:textId="13730BDC" w:rsidR="0016129B" w:rsidRDefault="006835F2" w:rsidP="00A573F8">
      <w:pPr>
        <w:spacing w:after="0" w:line="360" w:lineRule="auto"/>
        <w:ind w:right="-716"/>
      </w:pPr>
      <w:r>
        <w:br/>
        <w:t>Date: ____ / ____ / ______</w:t>
      </w:r>
      <w:r>
        <w:br/>
        <w:t>Place: _______________________</w:t>
      </w:r>
      <w:r w:rsidR="00092033">
        <w:tab/>
      </w:r>
      <w:r w:rsidR="00092033">
        <w:tab/>
      </w:r>
      <w:r w:rsidR="00092033">
        <w:tab/>
      </w:r>
      <w:r w:rsidR="00092033">
        <w:tab/>
      </w:r>
      <w:r w:rsidR="00092033">
        <w:tab/>
      </w:r>
      <w:r w:rsidR="00092033">
        <w:tab/>
        <w:t xml:space="preserve"> Signature of Applicant</w:t>
      </w:r>
    </w:p>
    <w:sectPr w:rsidR="0016129B" w:rsidSect="00034616">
      <w:footerReference w:type="defaul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5C7057" w14:textId="77777777" w:rsidR="00750E95" w:rsidRDefault="00750E95" w:rsidP="007A2876">
      <w:pPr>
        <w:spacing w:after="0" w:line="240" w:lineRule="auto"/>
      </w:pPr>
      <w:r>
        <w:separator/>
      </w:r>
    </w:p>
  </w:endnote>
  <w:endnote w:type="continuationSeparator" w:id="0">
    <w:p w14:paraId="43029385" w14:textId="77777777" w:rsidR="00750E95" w:rsidRDefault="00750E95" w:rsidP="007A2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ek Malayalam">
    <w:altName w:val="Kartika"/>
    <w:panose1 w:val="00000000000000000000"/>
    <w:charset w:val="00"/>
    <w:family w:val="auto"/>
    <w:pitch w:val="variable"/>
    <w:sig w:usb0="80800003" w:usb1="00000001" w:usb2="00000000" w:usb3="00000000" w:csb0="00000001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7371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C2B8E6" w14:textId="2777D690" w:rsidR="007A2876" w:rsidRDefault="007A2876" w:rsidP="007A2876">
        <w:pPr>
          <w:pStyle w:val="Footer"/>
          <w:ind w:right="-99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578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D5F222C" w14:textId="77777777" w:rsidR="007A2876" w:rsidRDefault="007A287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E7C192" w14:textId="77777777" w:rsidR="00750E95" w:rsidRDefault="00750E95" w:rsidP="007A2876">
      <w:pPr>
        <w:spacing w:after="0" w:line="240" w:lineRule="auto"/>
      </w:pPr>
      <w:r>
        <w:separator/>
      </w:r>
    </w:p>
  </w:footnote>
  <w:footnote w:type="continuationSeparator" w:id="0">
    <w:p w14:paraId="4FF3A86F" w14:textId="77777777" w:rsidR="00750E95" w:rsidRDefault="00750E95" w:rsidP="007A28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092033"/>
    <w:rsid w:val="00094673"/>
    <w:rsid w:val="0015074B"/>
    <w:rsid w:val="0016129B"/>
    <w:rsid w:val="001872EC"/>
    <w:rsid w:val="001D5992"/>
    <w:rsid w:val="00240235"/>
    <w:rsid w:val="002504CA"/>
    <w:rsid w:val="0029639D"/>
    <w:rsid w:val="002D5145"/>
    <w:rsid w:val="002E181C"/>
    <w:rsid w:val="00304BEB"/>
    <w:rsid w:val="00326F90"/>
    <w:rsid w:val="0034128A"/>
    <w:rsid w:val="00342C96"/>
    <w:rsid w:val="003C7CC5"/>
    <w:rsid w:val="00422391"/>
    <w:rsid w:val="0044185D"/>
    <w:rsid w:val="0054422D"/>
    <w:rsid w:val="00544A77"/>
    <w:rsid w:val="0059509D"/>
    <w:rsid w:val="005E7512"/>
    <w:rsid w:val="005F3E60"/>
    <w:rsid w:val="0061254A"/>
    <w:rsid w:val="00631013"/>
    <w:rsid w:val="00676782"/>
    <w:rsid w:val="006835F2"/>
    <w:rsid w:val="006D0D46"/>
    <w:rsid w:val="006D3227"/>
    <w:rsid w:val="006E018C"/>
    <w:rsid w:val="00750E95"/>
    <w:rsid w:val="007578D7"/>
    <w:rsid w:val="0079002E"/>
    <w:rsid w:val="007A2876"/>
    <w:rsid w:val="007D5B6B"/>
    <w:rsid w:val="007E7A68"/>
    <w:rsid w:val="00842CDF"/>
    <w:rsid w:val="00854B73"/>
    <w:rsid w:val="00864670"/>
    <w:rsid w:val="008A387D"/>
    <w:rsid w:val="008B3A21"/>
    <w:rsid w:val="008C2AD4"/>
    <w:rsid w:val="009667A3"/>
    <w:rsid w:val="009C5A54"/>
    <w:rsid w:val="00A379F1"/>
    <w:rsid w:val="00A56826"/>
    <w:rsid w:val="00A573F8"/>
    <w:rsid w:val="00A6186B"/>
    <w:rsid w:val="00AA1D8D"/>
    <w:rsid w:val="00B06BBA"/>
    <w:rsid w:val="00B45932"/>
    <w:rsid w:val="00B47730"/>
    <w:rsid w:val="00B61EB6"/>
    <w:rsid w:val="00BA0955"/>
    <w:rsid w:val="00BE23F8"/>
    <w:rsid w:val="00C00AB6"/>
    <w:rsid w:val="00C42DD7"/>
    <w:rsid w:val="00C548A8"/>
    <w:rsid w:val="00CB0664"/>
    <w:rsid w:val="00CC56D5"/>
    <w:rsid w:val="00CD7B04"/>
    <w:rsid w:val="00D168D1"/>
    <w:rsid w:val="00D929BC"/>
    <w:rsid w:val="00DC374F"/>
    <w:rsid w:val="00DE751B"/>
    <w:rsid w:val="00E01A9D"/>
    <w:rsid w:val="00E268CD"/>
    <w:rsid w:val="00F26129"/>
    <w:rsid w:val="00F46D0F"/>
    <w:rsid w:val="00F544B8"/>
    <w:rsid w:val="00F760D6"/>
    <w:rsid w:val="00FC6205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A1B2E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6E01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018C"/>
    <w:rPr>
      <w:rFonts w:ascii="Tahoma" w:hAnsi="Tahoma" w:cs="Tahoma"/>
      <w:sz w:val="16"/>
      <w:szCs w:val="16"/>
    </w:rPr>
  </w:style>
  <w:style w:type="character" w:styleId="Hyperlink">
    <w:name w:val="Hyperlink"/>
    <w:semiHidden/>
    <w:unhideWhenUsed/>
    <w:rsid w:val="00B61EB6"/>
    <w:rPr>
      <w:color w:val="000080"/>
      <w:u w:val="single"/>
    </w:rPr>
  </w:style>
  <w:style w:type="character" w:customStyle="1" w:styleId="transliteration">
    <w:name w:val="transliteration"/>
    <w:basedOn w:val="DefaultParagraphFont"/>
    <w:rsid w:val="00B61EB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6E01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018C"/>
    <w:rPr>
      <w:rFonts w:ascii="Tahoma" w:hAnsi="Tahoma" w:cs="Tahoma"/>
      <w:sz w:val="16"/>
      <w:szCs w:val="16"/>
    </w:rPr>
  </w:style>
  <w:style w:type="character" w:styleId="Hyperlink">
    <w:name w:val="Hyperlink"/>
    <w:semiHidden/>
    <w:unhideWhenUsed/>
    <w:rsid w:val="00B61EB6"/>
    <w:rPr>
      <w:color w:val="000080"/>
      <w:u w:val="single"/>
    </w:rPr>
  </w:style>
  <w:style w:type="character" w:customStyle="1" w:styleId="transliteration">
    <w:name w:val="transliteration"/>
    <w:basedOn w:val="DefaultParagraphFont"/>
    <w:rsid w:val="00B61E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sribs.kerala.gov.i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ribs.kscste@gmail.co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3A4F83D-0BC4-4C9E-A0B7-714F04FE8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Arjun K</cp:lastModifiedBy>
  <cp:revision>4</cp:revision>
  <dcterms:created xsi:type="dcterms:W3CDTF">2025-06-05T04:46:00Z</dcterms:created>
  <dcterms:modified xsi:type="dcterms:W3CDTF">2025-06-05T04:59:00Z</dcterms:modified>
</cp:coreProperties>
</file>